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B11" w:rsidRDefault="00084B11" w:rsidP="00065530">
      <w:pPr>
        <w:tabs>
          <w:tab w:val="left" w:pos="4253"/>
          <w:tab w:val="left" w:pos="7797"/>
        </w:tabs>
        <w:spacing w:after="0" w:line="240" w:lineRule="auto"/>
        <w:jc w:val="right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ก.พ.อ. </w:t>
      </w:r>
      <w:r w:rsidR="00EF4251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0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</w:p>
    <w:p w:rsidR="00065530" w:rsidRPr="002810EE" w:rsidRDefault="00065530" w:rsidP="00065530">
      <w:pPr>
        <w:tabs>
          <w:tab w:val="left" w:pos="4253"/>
          <w:tab w:val="left" w:pos="7797"/>
        </w:tabs>
        <w:spacing w:after="0" w:line="240" w:lineRule="auto"/>
        <w:jc w:val="right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</w:p>
    <w:p w:rsidR="007D522F" w:rsidRPr="002810EE" w:rsidRDefault="007D522F" w:rsidP="007D522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เอกสารแนบท้ายประกาศ ก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อ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</w:p>
    <w:p w:rsidR="007D522F" w:rsidRPr="002810EE" w:rsidRDefault="007D522F" w:rsidP="007D522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เรื่อง หลักเกณฑ์และวิธีการพิจารณาแต่งตั้งบุคคลให้ดำรงตำแหน่ง</w:t>
      </w:r>
    </w:p>
    <w:p w:rsidR="007D522F" w:rsidRPr="002810EE" w:rsidRDefault="007D522F" w:rsidP="007D522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ผู้ช่วยศาสตราจารย์ รองศาสตราจารย์ และศาสตราจารย์ 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ฉบับที่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 xml:space="preserve">) 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พ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>.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ศ</w:t>
      </w:r>
      <w:r w:rsidRPr="002810EE">
        <w:rPr>
          <w:rFonts w:ascii="TH Sarabun New" w:hAnsi="TH Sarabun New" w:cs="TH Sarabun New"/>
          <w:b/>
          <w:bCs/>
          <w:sz w:val="32"/>
          <w:szCs w:val="32"/>
        </w:rPr>
        <w:t xml:space="preserve">.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2568</w:t>
      </w:r>
    </w:p>
    <w:p w:rsidR="007C737A" w:rsidRPr="002810EE" w:rsidRDefault="007D522F" w:rsidP="008E56B3">
      <w:pPr>
        <w:spacing w:after="0"/>
        <w:jc w:val="center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lang w:bidi="th-TH"/>
        </w:rPr>
        <w:t>-------------------------</w:t>
      </w:r>
    </w:p>
    <w:p w:rsidR="007C737A" w:rsidRPr="002810EE" w:rsidRDefault="005A5C7F" w:rsidP="00EC6DB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  <w:rtl/>
          <w:cs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1</w:t>
      </w:r>
      <w:r w:rsidR="007D522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. </w:t>
      </w:r>
      <w:r w:rsidR="007C737A" w:rsidRPr="002810EE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แบบคำขอรับการพิจารณากำหนดตำแหน่งทางวิชาการ</w:t>
      </w:r>
      <w:r w:rsidR="007D522F" w:rsidRPr="002810EE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ทั่วไป</w:t>
      </w:r>
      <w:r w:rsidR="007C737A" w:rsidRPr="002810EE">
        <w:rPr>
          <w:rFonts w:ascii="TH Sarabun New" w:hAnsi="TH Sarabun New" w:cs="TH Sarabun New"/>
          <w:b/>
          <w:bCs/>
          <w:sz w:val="32"/>
          <w:szCs w:val="32"/>
          <w:u w:val="single"/>
          <w:rtl/>
          <w:cs/>
        </w:rPr>
        <w:t xml:space="preserve"> </w:t>
      </w:r>
      <w:r w:rsidR="007C737A" w:rsidRPr="002810EE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7C737A" w:rsidRPr="002810EE">
        <w:rPr>
          <w:rFonts w:ascii="TH Sarabun New" w:hAnsi="TH Sarabun New" w:cs="TH Sarabun New"/>
          <w:b/>
          <w:bCs/>
          <w:sz w:val="32"/>
          <w:szCs w:val="32"/>
          <w:rtl/>
          <w:cs/>
        </w:rPr>
        <w:t xml:space="preserve"> </w:t>
      </w:r>
    </w:p>
    <w:p w:rsidR="00B97481" w:rsidRPr="002810EE" w:rsidRDefault="00B97481" w:rsidP="008E56B3">
      <w:pPr>
        <w:spacing w:before="240" w:after="0"/>
        <w:rPr>
          <w:rFonts w:ascii="TH Sarabun New" w:hAnsi="TH Sarabun New" w:cs="TH Sarabun New"/>
          <w:sz w:val="32"/>
          <w:szCs w:val="32"/>
          <w:rtl/>
          <w:cs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ส่วนที่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1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    </w:t>
      </w:r>
      <w:r w:rsidR="00577B70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แบบประวัติส่วนตัวและผลงานทางวิชาการ</w:t>
      </w:r>
    </w:p>
    <w:p w:rsidR="00085CE2" w:rsidRPr="002810EE" w:rsidRDefault="00085CE2" w:rsidP="00085CE2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แบบประวัติส่วนตัวและผลงานทางวิชาการ</w:t>
      </w:r>
    </w:p>
    <w:p w:rsidR="00085CE2" w:rsidRPr="002810EE" w:rsidRDefault="00085CE2" w:rsidP="00085CE2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เพื่อขอดำรงตำแหน่ง............................................</w:t>
      </w:r>
    </w:p>
    <w:p w:rsidR="00085CE2" w:rsidRPr="002810EE" w:rsidRDefault="00085CE2" w:rsidP="0054237F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(ผู้ช่วยศาสตราจารย์ /รองศาสตราจารย์ /ศาสตราจารย์)</w:t>
      </w:r>
    </w:p>
    <w:p w:rsidR="00085CE2" w:rsidRPr="002810EE" w:rsidRDefault="00085CE2" w:rsidP="00085CE2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โดยวิธี..........................</w:t>
      </w:r>
    </w:p>
    <w:p w:rsidR="00085CE2" w:rsidRPr="002810EE" w:rsidRDefault="00085CE2" w:rsidP="00085CE2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ในสาขาวิชา............................................................</w:t>
      </w:r>
    </w:p>
    <w:p w:rsidR="00085CE2" w:rsidRPr="002810EE" w:rsidRDefault="00085CE2" w:rsidP="00085CE2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ของ (นาย/นาง/นางสาว)...............................................</w:t>
      </w:r>
    </w:p>
    <w:p w:rsidR="00085CE2" w:rsidRPr="002810EE" w:rsidRDefault="00085CE2" w:rsidP="00085CE2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สังกัด ภาค/สาขาวิชา.....................................................</w:t>
      </w:r>
    </w:p>
    <w:p w:rsidR="007C737A" w:rsidRPr="002810EE" w:rsidRDefault="00085CE2" w:rsidP="00085C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คณะ..................................มหาวิทยาลัย/สถาบัน........................................</w:t>
      </w:r>
    </w:p>
    <w:p w:rsidR="00085CE2" w:rsidRPr="002810EE" w:rsidRDefault="00085CE2" w:rsidP="00085CE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------------------------------</w:t>
      </w:r>
    </w:p>
    <w:p w:rsidR="0054237F" w:rsidRPr="002810EE" w:rsidRDefault="0054237F" w:rsidP="00D70AE1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ประวัติส่วนตัว</w:t>
      </w:r>
    </w:p>
    <w:p w:rsidR="00EC6DBE" w:rsidRPr="002810EE" w:rsidRDefault="005A5C7F" w:rsidP="00EC6DBE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EC6DB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EC6DBE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วัน เดือน ปีเกิด</w:t>
      </w:r>
    </w:p>
    <w:p w:rsidR="00EC6DBE" w:rsidRPr="002810EE" w:rsidRDefault="005A5C7F" w:rsidP="00EC6DBE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อายุ ....... ปี</w:t>
      </w:r>
    </w:p>
    <w:p w:rsidR="0054237F" w:rsidRPr="002810EE" w:rsidRDefault="005A5C7F" w:rsidP="007501CF">
      <w:pPr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การศึกษาระดับอุดมศึกษา (โปรดระบุชื่อคุณวุฒิเต็มพร้อมสาขาวิชา โดยเรียงจากคุณวุฒิสูงสุดตามล</w:t>
      </w:r>
      <w:r w:rsidR="00EC6DBE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ดับ และกรณีส</w:t>
      </w:r>
      <w:r w:rsidR="00EC6DBE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เร็จการศึกษาจากต่างประเทศให้ระบุเป็นภาษาอังกฤษ)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2337"/>
        <w:gridCol w:w="2338"/>
        <w:gridCol w:w="2890"/>
      </w:tblGrid>
      <w:tr w:rsidR="00EC6DBE" w:rsidRPr="002810EE" w:rsidTr="007501CF">
        <w:tc>
          <w:tcPr>
            <w:tcW w:w="1080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337" w:type="dxa"/>
          </w:tcPr>
          <w:p w:rsidR="00EC6DBE" w:rsidRPr="002810EE" w:rsidRDefault="00EC6DBE" w:rsidP="00EC6DBE">
            <w:pPr>
              <w:jc w:val="center"/>
              <w:rPr>
                <w:rFonts w:ascii="TH Sarabun New" w:hAnsi="TH Sarabun New" w:cs="TH Sarabun New"/>
                <w:sz w:val="32"/>
                <w:szCs w:val="32"/>
                <w:u w:val="single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u w:val="single"/>
                <w:cs/>
                <w:lang w:bidi="th-TH"/>
              </w:rPr>
              <w:t>คุณวุฒิ</w:t>
            </w:r>
          </w:p>
        </w:tc>
        <w:tc>
          <w:tcPr>
            <w:tcW w:w="2338" w:type="dxa"/>
          </w:tcPr>
          <w:p w:rsidR="00EC6DBE" w:rsidRPr="002810EE" w:rsidRDefault="00EC6DBE" w:rsidP="00EC6DBE">
            <w:pPr>
              <w:jc w:val="center"/>
              <w:rPr>
                <w:rFonts w:ascii="TH Sarabun New" w:hAnsi="TH Sarabun New" w:cs="TH Sarabun New"/>
                <w:sz w:val="32"/>
                <w:szCs w:val="32"/>
                <w:u w:val="single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u w:val="single"/>
                <w:cs/>
                <w:lang w:bidi="th-TH"/>
              </w:rPr>
              <w:t>ปี พ.ศ. ที่จบ</w:t>
            </w:r>
          </w:p>
        </w:tc>
        <w:tc>
          <w:tcPr>
            <w:tcW w:w="2890" w:type="dxa"/>
          </w:tcPr>
          <w:p w:rsidR="00EC6DBE" w:rsidRPr="002810EE" w:rsidRDefault="00EC6DBE" w:rsidP="00EC6DBE">
            <w:pPr>
              <w:jc w:val="center"/>
              <w:rPr>
                <w:rFonts w:ascii="TH Sarabun New" w:hAnsi="TH Sarabun New" w:cs="TH Sarabun New"/>
                <w:sz w:val="32"/>
                <w:szCs w:val="32"/>
                <w:u w:val="single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u w:val="single"/>
                <w:cs/>
                <w:lang w:bidi="th-TH"/>
              </w:rPr>
              <w:t>ชื่อสถานศึกษาและประเทศ</w:t>
            </w:r>
          </w:p>
        </w:tc>
      </w:tr>
      <w:tr w:rsidR="00EC6DBE" w:rsidRPr="002810EE" w:rsidTr="007501CF">
        <w:tc>
          <w:tcPr>
            <w:tcW w:w="1080" w:type="dxa"/>
          </w:tcPr>
          <w:p w:rsidR="00EC6DBE" w:rsidRPr="002810EE" w:rsidRDefault="005A5C7F" w:rsidP="00EC6DBE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2337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338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890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EC6DBE" w:rsidRPr="002810EE" w:rsidTr="007501CF">
        <w:tc>
          <w:tcPr>
            <w:tcW w:w="1080" w:type="dxa"/>
          </w:tcPr>
          <w:p w:rsidR="00EC6DBE" w:rsidRPr="002810EE" w:rsidRDefault="005A5C7F" w:rsidP="00EC6DBE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2337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338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890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EC6DBE" w:rsidRPr="002810EE" w:rsidTr="007501CF">
        <w:tc>
          <w:tcPr>
            <w:tcW w:w="1080" w:type="dxa"/>
          </w:tcPr>
          <w:p w:rsidR="00EC6DBE" w:rsidRPr="002810EE" w:rsidRDefault="005A5C7F" w:rsidP="00EC6DBE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</w:p>
        </w:tc>
        <w:tc>
          <w:tcPr>
            <w:tcW w:w="2337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338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890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EC6DBE" w:rsidRPr="002810EE" w:rsidTr="007501CF">
        <w:tc>
          <w:tcPr>
            <w:tcW w:w="1080" w:type="dxa"/>
          </w:tcPr>
          <w:p w:rsidR="00EC6DBE" w:rsidRPr="002810EE" w:rsidRDefault="005A5C7F" w:rsidP="00EC6DBE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4</w:t>
            </w:r>
          </w:p>
        </w:tc>
        <w:tc>
          <w:tcPr>
            <w:tcW w:w="2337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338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890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  <w:tr w:rsidR="00EC6DBE" w:rsidRPr="002810EE" w:rsidTr="007501CF">
        <w:tc>
          <w:tcPr>
            <w:tcW w:w="1080" w:type="dxa"/>
          </w:tcPr>
          <w:p w:rsidR="00EC6DBE" w:rsidRPr="002810EE" w:rsidRDefault="005A5C7F" w:rsidP="00EC6DBE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1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3</w:t>
            </w:r>
            <w:r w:rsidR="00EC6DBE"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.</w:t>
            </w: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5</w:t>
            </w:r>
          </w:p>
        </w:tc>
        <w:tc>
          <w:tcPr>
            <w:tcW w:w="2337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338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  <w:tc>
          <w:tcPr>
            <w:tcW w:w="2890" w:type="dxa"/>
          </w:tcPr>
          <w:p w:rsidR="00EC6DBE" w:rsidRPr="002810EE" w:rsidRDefault="00EC6DBE" w:rsidP="0054237F">
            <w:pPr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</w:p>
        </w:tc>
      </w:tr>
    </w:tbl>
    <w:p w:rsidR="0054237F" w:rsidRPr="002810EE" w:rsidRDefault="0054237F" w:rsidP="007501C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</w:rPr>
        <w:t>(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ในกรณีที่ส</w:t>
      </w:r>
      <w:r w:rsidR="00EC6DBE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เร็จการศึกษาระดับปริญญาโทและปริญญาเอกและปริญญาบัตรใด</w:t>
      </w:r>
      <w:r w:rsidR="00EC6DBE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ๆ ให้ระบุหัวข้อเรื่องวิทยานิพนธ์และงานวิจัยที่ท</w:t>
      </w:r>
      <w:r w:rsidR="00EC6DBE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เป็นส่วนของการศึกษาเพื่อรับปริญญาหรือประกาศนียบัตรนั้น</w:t>
      </w:r>
      <w:r w:rsidR="00EC6DBE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ๆ ด้วย)</w:t>
      </w:r>
    </w:p>
    <w:p w:rsidR="002B1007" w:rsidRPr="002810EE" w:rsidRDefault="002B1007" w:rsidP="002B1007">
      <w:pPr>
        <w:pStyle w:val="ListParagraph"/>
        <w:numPr>
          <w:ilvl w:val="0"/>
          <w:numId w:val="8"/>
        </w:numPr>
        <w:spacing w:after="0" w:line="240" w:lineRule="auto"/>
        <w:ind w:left="36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ประวัติการ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ทำงาน</w:t>
      </w:r>
    </w:p>
    <w:p w:rsidR="002B1007" w:rsidRPr="002810EE" w:rsidRDefault="002B1007" w:rsidP="002B1007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2.1 ปัจจุบันดำรงตำแหน่ง............................................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...........................................................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....... </w:t>
      </w:r>
    </w:p>
    <w:p w:rsidR="00157F89" w:rsidRPr="002810EE" w:rsidRDefault="005A5C7F" w:rsidP="00D70AE1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ได้รับแต่งตั้ง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ให้ด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รงต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แหน่งอาจารย์ เมื่อวันที่....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7501CF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.....เดือน......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</w:t>
      </w:r>
      <w:r w:rsidR="007501CF">
        <w:rPr>
          <w:rFonts w:ascii="TH Sarabun New" w:hAnsi="TH Sarabun New" w:cs="TH Sarabun New" w:hint="cs"/>
          <w:sz w:val="32"/>
          <w:szCs w:val="32"/>
          <w:cs/>
          <w:lang w:bidi="th-TH"/>
        </w:rPr>
        <w:t>.........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.....พ.ศ. .......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..</w:t>
      </w:r>
      <w:r w:rsidR="007501CF"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54237F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</w:t>
      </w:r>
    </w:p>
    <w:p w:rsidR="00A9150C" w:rsidRDefault="00A9150C">
      <w:pPr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br w:type="page"/>
      </w:r>
    </w:p>
    <w:p w:rsidR="00157F89" w:rsidRPr="002810EE" w:rsidRDefault="005A5C7F" w:rsidP="00D70AE1">
      <w:pPr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ได้รับแต่งตั้งให้ดำรงตำแหน่งผู้ช่วยศาสตราจารย์ (โดยวิธีปกติ/วิธีพิเศษ) ในสาขาวิชา.......</w:t>
      </w:r>
      <w:r w:rsidR="007501CF">
        <w:rPr>
          <w:rFonts w:ascii="TH Sarabun New" w:hAnsi="TH Sarabun New" w:cs="TH Sarabun New"/>
          <w:sz w:val="32"/>
          <w:szCs w:val="32"/>
          <w:cs/>
          <w:lang w:bidi="th-TH"/>
        </w:rPr>
        <w:t>................</w:t>
      </w:r>
      <w:r w:rsidR="007501CF"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</w:p>
    <w:p w:rsidR="00157F89" w:rsidRPr="002810EE" w:rsidRDefault="007501CF" w:rsidP="007501CF">
      <w:pPr>
        <w:spacing w:after="0" w:line="240" w:lineRule="auto"/>
        <w:ind w:left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เมื่อวันที่...........เดือน.................................พ.ศ. ...........</w:t>
      </w:r>
    </w:p>
    <w:p w:rsidR="00157F89" w:rsidRPr="002810EE" w:rsidRDefault="005A5C7F" w:rsidP="00D70AE1">
      <w:pPr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ได้รับแต่งตั้งให้ดำรงตำแหน่งรองศาสตราจารย์ (โดยวิธีปกติ/วิธีพิเศษ) ในสาขาวิชา</w:t>
      </w:r>
      <w:r w:rsidR="007501CF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</w:t>
      </w:r>
      <w:r w:rsidR="007501CF">
        <w:rPr>
          <w:rFonts w:ascii="TH Sarabun New" w:hAnsi="TH Sarabun New" w:cs="TH Sarabun New"/>
          <w:sz w:val="32"/>
          <w:szCs w:val="32"/>
          <w:cs/>
          <w:lang w:bidi="th-TH"/>
        </w:rPr>
        <w:t>................</w:t>
      </w:r>
      <w:r w:rsidR="007501CF"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..</w:t>
      </w:r>
    </w:p>
    <w:p w:rsidR="00157F89" w:rsidRPr="002810EE" w:rsidRDefault="007501CF" w:rsidP="007501C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เมื่อวันที่...........เดือน.................................พ.ศ. ...........</w:t>
      </w:r>
    </w:p>
    <w:p w:rsidR="00157F89" w:rsidRPr="002810EE" w:rsidRDefault="007501CF" w:rsidP="007501CF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157F89" w:rsidRPr="002810EE">
        <w:rPr>
          <w:rFonts w:ascii="TH Sarabun New" w:hAnsi="TH Sarabun New" w:cs="TH Sarabun New"/>
          <w:sz w:val="32"/>
          <w:szCs w:val="32"/>
        </w:rPr>
        <w:t>(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ในกรณีที่เคย</w:t>
      </w:r>
      <w:r w:rsidR="002B1007">
        <w:rPr>
          <w:rFonts w:ascii="TH Sarabun New" w:hAnsi="TH Sarabun New" w:cs="TH Sarabun New" w:hint="cs"/>
          <w:sz w:val="32"/>
          <w:szCs w:val="32"/>
          <w:cs/>
          <w:lang w:bidi="th-TH"/>
        </w:rPr>
        <w:t>ปฏิบัติงาน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ในตำแหน่งอื่น หรือเคยดำรงตำแหน่งอาจารย์ประจำ/อาจารย์พิเศษในสังกัดอื่น ให้ระบุตำแหน่ง สังกัด และวัน เดือน ปี ที่ดำรงตำแหน่งนั้นด้วย)</w:t>
      </w:r>
    </w:p>
    <w:p w:rsidR="00157F89" w:rsidRPr="002810EE" w:rsidRDefault="002B1007" w:rsidP="00AB467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อายุ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การทำงาน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 ปี ........ เดือน</w:t>
      </w:r>
    </w:p>
    <w:p w:rsidR="00157F89" w:rsidRPr="002810EE" w:rsidRDefault="005A5C7F" w:rsidP="00D70AE1">
      <w:pPr>
        <w:spacing w:after="0" w:line="240" w:lineRule="auto"/>
        <w:ind w:firstLine="36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ต</w:t>
      </w:r>
      <w:r w:rsidR="00BC03A7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แหน่งอื่น ๆ</w:t>
      </w:r>
    </w:p>
    <w:p w:rsidR="00157F89" w:rsidRPr="002810EE" w:rsidRDefault="005A5C7F" w:rsidP="00BC03A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</w:p>
    <w:p w:rsidR="00157F89" w:rsidRPr="002810EE" w:rsidRDefault="005A5C7F" w:rsidP="00BC03A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</w:p>
    <w:p w:rsidR="00157F89" w:rsidRPr="002810EE" w:rsidRDefault="005A5C7F" w:rsidP="00BC03A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</w:p>
    <w:p w:rsidR="00157F89" w:rsidRPr="002810EE" w:rsidRDefault="005A5C7F" w:rsidP="00BC03A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</w:p>
    <w:p w:rsidR="00157F89" w:rsidRPr="002810EE" w:rsidRDefault="005A5C7F" w:rsidP="00BC03A7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</w:p>
    <w:p w:rsidR="00157F89" w:rsidRPr="002810EE" w:rsidRDefault="005A5C7F" w:rsidP="00D70AE1">
      <w:pPr>
        <w:spacing w:after="0" w:line="240" w:lineRule="auto"/>
        <w:ind w:firstLine="36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6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การได้รับเชิญเป็นวิทยากรในที่ประชุมวิชาการระดับนานาชาติ และการได้รับการยกย่องระดับนานาชาติ อื่น</w:t>
      </w:r>
      <w:r w:rsidR="00A526E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ๆ (โปรดระบุข้อมูลย้อนหลัง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ปี)</w:t>
      </w:r>
    </w:p>
    <w:p w:rsidR="00157F89" w:rsidRPr="002810EE" w:rsidRDefault="005A5C7F" w:rsidP="00BB4E4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6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</w:p>
    <w:p w:rsidR="00157F89" w:rsidRPr="002810EE" w:rsidRDefault="005A5C7F" w:rsidP="00BB4E4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6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</w:p>
    <w:p w:rsidR="00157F89" w:rsidRPr="002810EE" w:rsidRDefault="005A5C7F" w:rsidP="00BB4E4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6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</w:p>
    <w:p w:rsidR="00157F89" w:rsidRPr="002810EE" w:rsidRDefault="005A5C7F" w:rsidP="00BB4E4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6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</w:p>
    <w:p w:rsidR="00157F89" w:rsidRPr="002810EE" w:rsidRDefault="005A5C7F" w:rsidP="00BB4E4A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6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</w:p>
    <w:p w:rsidR="00157F89" w:rsidRPr="002810EE" w:rsidRDefault="00157F89" w:rsidP="00BB4E4A">
      <w:pPr>
        <w:pStyle w:val="ListParagraph"/>
        <w:numPr>
          <w:ilvl w:val="0"/>
          <w:numId w:val="8"/>
        </w:numPr>
        <w:spacing w:after="0" w:line="240" w:lineRule="auto"/>
        <w:ind w:left="45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ภาระงานย้อนหลัง </w:t>
      </w:r>
      <w:r w:rsidR="005A5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ปี (เป็นภาระงานที่ท</w:t>
      </w:r>
      <w:r w:rsidR="00BB4E4A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โดยความเห็นชอบจากเจ้าสังกัด)</w:t>
      </w:r>
    </w:p>
    <w:p w:rsidR="00157F89" w:rsidRPr="002810EE" w:rsidRDefault="005A5C7F" w:rsidP="00157F89">
      <w:pPr>
        <w:spacing w:after="0" w:line="240" w:lineRule="auto"/>
        <w:ind w:firstLine="450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งานสอน (โปรดระบุระดับว่าปริญญาตรี หรือบัณฑิตศึกษา)</w:t>
      </w:r>
    </w:p>
    <w:tbl>
      <w:tblPr>
        <w:tblStyle w:val="TableGrid"/>
        <w:tblW w:w="8735" w:type="dxa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30"/>
        <w:gridCol w:w="3240"/>
        <w:gridCol w:w="1620"/>
        <w:gridCol w:w="2345"/>
      </w:tblGrid>
      <w:tr w:rsidR="00BB4E4A" w:rsidRPr="002810EE" w:rsidTr="007501CF">
        <w:tc>
          <w:tcPr>
            <w:tcW w:w="1530" w:type="dxa"/>
          </w:tcPr>
          <w:p w:rsidR="00BB4E4A" w:rsidRPr="002810EE" w:rsidRDefault="00BB4E4A" w:rsidP="00BB4E4A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ระดับ</w:t>
            </w:r>
          </w:p>
        </w:tc>
        <w:tc>
          <w:tcPr>
            <w:tcW w:w="3240" w:type="dxa"/>
          </w:tcPr>
          <w:p w:rsidR="00BB4E4A" w:rsidRPr="002810EE" w:rsidRDefault="00BB4E4A" w:rsidP="00BB4E4A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รายวิชาที่สอน</w:t>
            </w:r>
          </w:p>
        </w:tc>
        <w:tc>
          <w:tcPr>
            <w:tcW w:w="1620" w:type="dxa"/>
          </w:tcPr>
          <w:p w:rsidR="00BB4E4A" w:rsidRPr="002810EE" w:rsidRDefault="00BB4E4A" w:rsidP="00BB4E4A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ช.ม./สัปดาห์</w:t>
            </w:r>
          </w:p>
        </w:tc>
        <w:tc>
          <w:tcPr>
            <w:tcW w:w="2345" w:type="dxa"/>
          </w:tcPr>
          <w:p w:rsidR="00BB4E4A" w:rsidRPr="002810EE" w:rsidRDefault="00BB4E4A" w:rsidP="00BB4E4A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>เปิดสอนภาค/ปีการศึกษา</w:t>
            </w:r>
          </w:p>
        </w:tc>
      </w:tr>
      <w:tr w:rsidR="00BB4E4A" w:rsidRPr="002810EE" w:rsidTr="007501CF">
        <w:tc>
          <w:tcPr>
            <w:tcW w:w="1530" w:type="dxa"/>
          </w:tcPr>
          <w:p w:rsidR="00BB4E4A" w:rsidRPr="002810EE" w:rsidRDefault="00BB4E4A" w:rsidP="00BB4E4A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</w:t>
            </w:r>
            <w:r w:rsidR="007501CF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...........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.......</w:t>
            </w:r>
          </w:p>
        </w:tc>
        <w:tc>
          <w:tcPr>
            <w:tcW w:w="3240" w:type="dxa"/>
          </w:tcPr>
          <w:p w:rsidR="00BB4E4A" w:rsidRPr="002810EE" w:rsidRDefault="007501CF" w:rsidP="00BB4E4A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...........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................................</w:t>
            </w:r>
          </w:p>
        </w:tc>
        <w:tc>
          <w:tcPr>
            <w:tcW w:w="1620" w:type="dxa"/>
          </w:tcPr>
          <w:p w:rsidR="00BB4E4A" w:rsidRPr="002810EE" w:rsidRDefault="00BB4E4A" w:rsidP="00BB4E4A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…</w:t>
            </w:r>
            <w:r w:rsidR="000A5CAB"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………….</w:t>
            </w:r>
          </w:p>
        </w:tc>
        <w:tc>
          <w:tcPr>
            <w:tcW w:w="2345" w:type="dxa"/>
          </w:tcPr>
          <w:p w:rsidR="00BB4E4A" w:rsidRPr="002810EE" w:rsidRDefault="00BB4E4A" w:rsidP="00BB4E4A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…………………………..</w:t>
            </w:r>
          </w:p>
        </w:tc>
      </w:tr>
      <w:tr w:rsidR="000A5CAB" w:rsidRPr="002810EE" w:rsidTr="007501CF">
        <w:tc>
          <w:tcPr>
            <w:tcW w:w="1530" w:type="dxa"/>
          </w:tcPr>
          <w:p w:rsidR="000A5CAB" w:rsidRPr="002810EE" w:rsidRDefault="000A5CAB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...........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.......</w:t>
            </w:r>
          </w:p>
        </w:tc>
        <w:tc>
          <w:tcPr>
            <w:tcW w:w="3240" w:type="dxa"/>
          </w:tcPr>
          <w:p w:rsidR="000A5CAB" w:rsidRPr="002810EE" w:rsidRDefault="000A5CAB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...........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................................</w:t>
            </w:r>
          </w:p>
        </w:tc>
        <w:tc>
          <w:tcPr>
            <w:tcW w:w="1620" w:type="dxa"/>
          </w:tcPr>
          <w:p w:rsidR="000A5CAB" w:rsidRPr="002810EE" w:rsidRDefault="000A5CAB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…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………….</w:t>
            </w:r>
          </w:p>
        </w:tc>
        <w:tc>
          <w:tcPr>
            <w:tcW w:w="2345" w:type="dxa"/>
          </w:tcPr>
          <w:p w:rsidR="000A5CAB" w:rsidRPr="002810EE" w:rsidRDefault="000A5CAB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…………………………..</w:t>
            </w:r>
          </w:p>
        </w:tc>
      </w:tr>
      <w:tr w:rsidR="000A5CAB" w:rsidRPr="002810EE" w:rsidTr="007501CF">
        <w:tc>
          <w:tcPr>
            <w:tcW w:w="1530" w:type="dxa"/>
          </w:tcPr>
          <w:p w:rsidR="000A5CAB" w:rsidRPr="002810EE" w:rsidRDefault="000A5CAB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...........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.......</w:t>
            </w:r>
          </w:p>
        </w:tc>
        <w:tc>
          <w:tcPr>
            <w:tcW w:w="3240" w:type="dxa"/>
          </w:tcPr>
          <w:p w:rsidR="000A5CAB" w:rsidRPr="002810EE" w:rsidRDefault="000A5CAB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...........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.......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................................</w:t>
            </w:r>
          </w:p>
        </w:tc>
        <w:tc>
          <w:tcPr>
            <w:tcW w:w="1620" w:type="dxa"/>
          </w:tcPr>
          <w:p w:rsidR="000A5CAB" w:rsidRPr="002810EE" w:rsidRDefault="000A5CAB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…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bidi="th-TH"/>
              </w:rPr>
              <w:t>......</w:t>
            </w:r>
            <w:r w:rsidRPr="002810EE">
              <w:rPr>
                <w:rFonts w:ascii="TH Sarabun New" w:hAnsi="TH Sarabun New" w:cs="TH Sarabun New"/>
                <w:sz w:val="32"/>
                <w:szCs w:val="32"/>
              </w:rPr>
              <w:t>………….</w:t>
            </w:r>
          </w:p>
        </w:tc>
        <w:tc>
          <w:tcPr>
            <w:tcW w:w="2345" w:type="dxa"/>
          </w:tcPr>
          <w:p w:rsidR="000A5CAB" w:rsidRPr="002810EE" w:rsidRDefault="000A5CAB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2810EE">
              <w:rPr>
                <w:rFonts w:ascii="TH Sarabun New" w:hAnsi="TH Sarabun New" w:cs="TH Sarabun New"/>
                <w:sz w:val="32"/>
                <w:szCs w:val="32"/>
              </w:rPr>
              <w:t>…………………………..</w:t>
            </w:r>
          </w:p>
        </w:tc>
      </w:tr>
      <w:tr w:rsidR="00D70AE1" w:rsidRPr="002810EE" w:rsidTr="007501CF">
        <w:tc>
          <w:tcPr>
            <w:tcW w:w="1530" w:type="dxa"/>
          </w:tcPr>
          <w:p w:rsidR="00D70AE1" w:rsidRPr="002810EE" w:rsidRDefault="00D70AE1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40" w:type="dxa"/>
          </w:tcPr>
          <w:p w:rsidR="00D70AE1" w:rsidRPr="002810EE" w:rsidRDefault="00D70AE1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620" w:type="dxa"/>
          </w:tcPr>
          <w:p w:rsidR="00D70AE1" w:rsidRPr="002810EE" w:rsidRDefault="00D70AE1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345" w:type="dxa"/>
          </w:tcPr>
          <w:p w:rsidR="00D70AE1" w:rsidRPr="002810EE" w:rsidRDefault="00D70AE1" w:rsidP="000A5CA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157F89" w:rsidRDefault="005A5C7F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งานวิจัย (โปรดระบุเรื่องที่ได้รับทุนวิจัยในฐานะหัวหน้าโครงการ (</w:t>
      </w:r>
      <w:r w:rsidR="00157F89" w:rsidRPr="002810EE">
        <w:rPr>
          <w:rFonts w:ascii="TH Sarabun New" w:hAnsi="TH Sarabun New" w:cs="TH Sarabun New"/>
          <w:sz w:val="32"/>
          <w:szCs w:val="32"/>
        </w:rPr>
        <w:t>Principal investigator)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และแหล่งทุน ในระหว่างปีที่ท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การวิจัย และระยะเวลาที่ใช้ในแต่ละโครงการ)</w:t>
      </w:r>
    </w:p>
    <w:p w:rsidR="001D3EEE" w:rsidRPr="002810EE" w:rsidRDefault="001D3EEE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157F89" w:rsidRPr="002810EE" w:rsidRDefault="005A5C7F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งานบริการทางวิชาการ (โปรดระบุประเภทของกิจกรรม และปริมาณเวลาที่ใช้ต่อสัปดาห์)</w:t>
      </w:r>
    </w:p>
    <w:p w:rsidR="00F23E1C" w:rsidRPr="002810EE" w:rsidRDefault="00F23E1C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</w:rPr>
      </w:pPr>
    </w:p>
    <w:p w:rsidR="00157F89" w:rsidRPr="002810EE" w:rsidRDefault="005A5C7F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งานบริหาร (โปรดระบุงานบริหารที่มีส่วนรับผิดชอบโดยตรง และปริมาณเวลาที่ใช้ต่อสัปดาห์)</w:t>
      </w:r>
    </w:p>
    <w:p w:rsidR="00F23E1C" w:rsidRPr="002810EE" w:rsidRDefault="00F23E1C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</w:rPr>
      </w:pPr>
    </w:p>
    <w:p w:rsidR="00157F89" w:rsidRPr="002810EE" w:rsidRDefault="005A5C7F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5</w:t>
      </w:r>
      <w:r w:rsidR="00157F8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งานอื่น ๆ ที่เกี่ยวข้อง (โปรดระบุประเภทของงาน และปริมาณเวลาที่ใช้ต่อสัปดาห์)</w:t>
      </w:r>
    </w:p>
    <w:p w:rsidR="00F23E1C" w:rsidRPr="002810EE" w:rsidRDefault="00F23E1C" w:rsidP="000A5CAB">
      <w:pPr>
        <w:pStyle w:val="ListParagraph"/>
        <w:numPr>
          <w:ilvl w:val="0"/>
          <w:numId w:val="8"/>
        </w:numPr>
        <w:spacing w:after="0" w:line="240" w:lineRule="auto"/>
        <w:ind w:left="45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ผลงานทางวิชาการ</w:t>
      </w:r>
    </w:p>
    <w:p w:rsidR="00F23E1C" w:rsidRPr="002810EE" w:rsidRDefault="005A5C7F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ผลงานทางวิชาการที่เสนอเพื่อประกอบการพิจารณาต</w:t>
      </w:r>
      <w:r w:rsidR="00D65C9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แหน่งผู้ช่วยศาสตราจารย์</w:t>
      </w:r>
    </w:p>
    <w:p w:rsidR="00F23E1C" w:rsidRPr="002810EE" w:rsidRDefault="005A5C7F" w:rsidP="000A5CAB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งานวิจัย</w:t>
      </w:r>
    </w:p>
    <w:p w:rsidR="00F23E1C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…...........................................................................................</w:t>
      </w:r>
    </w:p>
    <w:p w:rsidR="00F23E1C" w:rsidRPr="002810EE" w:rsidRDefault="00F23E1C" w:rsidP="000A5CAB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งานวิจัยนี้เคยใช้ส</w:t>
      </w:r>
      <w:r w:rsidR="00D65C9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หรับการพิจารณาขอก</w:t>
      </w:r>
      <w:r w:rsidR="00D65C9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หนดต</w:t>
      </w:r>
      <w:r w:rsidR="00D65C9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แหน่งผู้ช่วยศาสตราจารย์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มาแล้วหรือไม่</w:t>
      </w:r>
    </w:p>
    <w:p w:rsidR="000D13F0" w:rsidRPr="002810EE" w:rsidRDefault="00D65C99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D13F0"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ไม่เคยใช้</w:t>
      </w:r>
    </w:p>
    <w:p w:rsidR="00F23E1C" w:rsidRPr="002810EE" w:rsidRDefault="000D13F0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เคยใช้ (เมื่อปี พ.ศ....... และผลการพิจารณาคุณภาพอยู่ในระดับ.........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F23E1C" w:rsidRPr="002810EE" w:rsidRDefault="00EE5766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</w:t>
      </w:r>
      <w:r w:rsidR="000D13F0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ก.พ.อ. 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ก</w:t>
      </w:r>
      <w:r w:rsidR="000D13F0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หนด)</w:t>
      </w:r>
    </w:p>
    <w:p w:rsidR="00F23E1C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0A5CAB" w:rsidRPr="002810EE" w:rsidRDefault="000A5CAB" w:rsidP="000A5CAB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มาแล้วหรือไม่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0A5CAB" w:rsidRPr="002810EE" w:rsidRDefault="000A5CAB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F23E1C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0A5CAB" w:rsidRPr="002810EE" w:rsidRDefault="000A5CAB" w:rsidP="000A5CAB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มาแล้วหรือไม่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0A5CAB" w:rsidRPr="002810EE" w:rsidRDefault="00EE5766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0A5CAB"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F23E1C" w:rsidRPr="002810EE" w:rsidRDefault="005A5C7F" w:rsidP="000A5CAB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ผลงานทางวิชาการในลักษณะอื่น (ผลงานวิชาการเพื่ออุตสาหกรรม/ ผลงานวิชาการ</w:t>
      </w:r>
      <w:r w:rsidR="004D4B3B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เพื่อพัฒนาการเรียนการสอนและการเรียนรู้/ ผลงานวิชาการเพื่อพัฒนานโยบายสาธารณะ/ กรณีศึกษา</w:t>
      </w:r>
      <w:r w:rsidR="004D4B3B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504556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</w:t>
      </w:r>
      <w:r w:rsidR="00F23E1C" w:rsidRPr="002810EE">
        <w:rPr>
          <w:rFonts w:ascii="TH Sarabun New" w:hAnsi="TH Sarabun New" w:cs="TH Sarabun New"/>
          <w:sz w:val="32"/>
          <w:szCs w:val="32"/>
        </w:rPr>
        <w:t xml:space="preserve">(case study)/ 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งานแปล/ พจนานุกรม สารานุกรม นามานุกรม และงานวิชาการในลักษณะเดียวกัน/</w:t>
      </w:r>
      <w:r w:rsidR="004D4B3B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ผลงานสร้างสรรค์ด้านวิทยาศาสตร์และเทคโนโลยี/ ผลงานสร้างสรรค์ด้านสุนทรียะ ศิลปะ/ สิทธิบัตร/</w:t>
      </w:r>
      <w:r w:rsidR="004D4B3B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ซอฟต์แวร์/ </w:t>
      </w:r>
      <w:r w:rsidR="000D13F0"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ผลงานรับใช้ท้องถิ่น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และสังคม/ ผลงานนวัตกรรม)</w:t>
      </w:r>
    </w:p>
    <w:p w:rsidR="00F23E1C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F23E1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7C6A5F" w:rsidRPr="002810EE" w:rsidRDefault="007C6A5F" w:rsidP="000A5CAB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ผลงานทางวิชาการในลักษณะอื่นนี้เคยใช้สำหรับการพิจารณาขอกำหนด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ตำแหน่งผู้ช่วยศาสตราจารย์มาแล้วหรือไม่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0A5CAB" w:rsidRPr="002810EE" w:rsidRDefault="000A5CAB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B97481" w:rsidRPr="002810EE" w:rsidRDefault="00B97481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B97481" w:rsidRPr="002810EE" w:rsidRDefault="00B97481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EE5766" w:rsidRDefault="00EE5766">
      <w:pPr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br w:type="page"/>
      </w:r>
    </w:p>
    <w:p w:rsidR="007C6A5F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4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0A5CAB" w:rsidRPr="002810EE" w:rsidRDefault="000A5CAB" w:rsidP="000A5CAB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ผลงานทางวิชาการในลักษณะอื่นนี้เคยใช้สำหรับการพิจารณาขอกำหนด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ตำแหน่งผู้ช่วยศาสตราจารย์มาแล้วหรือไม่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0A5CAB" w:rsidRPr="002810EE" w:rsidRDefault="000A5CAB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7C6A5F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0A5CAB" w:rsidRPr="002810EE" w:rsidRDefault="000A5CAB" w:rsidP="000A5CAB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ผลงานทางวิชาการในลักษณะอื่นนี้เคยใช้สำหรับการพิจารณาขอกำหนด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ตำแหน่งผู้ช่วยศาสตราจารย์มาแล้วหรือไม่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0A5CAB" w:rsidRPr="002810EE" w:rsidRDefault="000A5CAB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7C6A5F" w:rsidRPr="002810EE" w:rsidRDefault="005A5C7F" w:rsidP="000A5CAB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ต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รา หนังสือ หรือบทความทางวิชาการ</w:t>
      </w:r>
    </w:p>
    <w:p w:rsidR="007C6A5F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.......................................................................</w:t>
      </w:r>
    </w:p>
    <w:p w:rsidR="000A5CAB" w:rsidRPr="002810EE" w:rsidRDefault="000A5CAB" w:rsidP="000A5CAB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มาแล้วหรือไม่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0A5CAB" w:rsidRPr="002810EE" w:rsidRDefault="000A5CAB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7C6A5F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0A5CAB" w:rsidRPr="002810EE" w:rsidRDefault="000A5CAB" w:rsidP="000A5CAB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มาแล้วหรือไม่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0A5CAB" w:rsidRPr="002810EE" w:rsidRDefault="000A5CAB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7C6A5F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7C6A5F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0A5CAB" w:rsidRPr="002810EE" w:rsidRDefault="000A5CAB" w:rsidP="000A5CAB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มาแล้วหรือไม่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0A5CAB" w:rsidRPr="002810EE" w:rsidRDefault="000A5CAB" w:rsidP="000A5CAB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0A5CAB" w:rsidRPr="002810EE" w:rsidRDefault="000A5CAB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EE5766" w:rsidRDefault="0051303E" w:rsidP="00EE5766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ผลงานทางวิชาการทุกประเภท ให้เสนอโดยเขียนตา</w:t>
      </w:r>
      <w:r w:rsidR="000A5CAB">
        <w:rPr>
          <w:rFonts w:ascii="TH Sarabun New" w:hAnsi="TH Sarabun New" w:cs="TH Sarabun New"/>
          <w:sz w:val="32"/>
          <w:szCs w:val="32"/>
          <w:cs/>
          <w:lang w:bidi="th-TH"/>
        </w:rPr>
        <w:t>มหลักของการเขียนเอกสารอ้างอิง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</w:t>
      </w:r>
      <w:r w:rsidR="000A5CAB">
        <w:rPr>
          <w:rFonts w:ascii="TH Sarabun New" w:hAnsi="TH Sarabun New" w:cs="TH Sarabun New"/>
          <w:sz w:val="32"/>
          <w:szCs w:val="32"/>
          <w:cs/>
          <w:lang w:bidi="th-TH"/>
        </w:rPr>
        <w:t>อั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>น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ประกอบด้วย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ชื่อผู้แต่ง ปี พ.ศ. ชื่อเรื่อง แหล่งพิมพ์ จำนวนหน้า เป็นต้น และกรณีที่เผยแพร่ในวารสารท</w:t>
      </w:r>
      <w:r w:rsidR="00EE5766">
        <w:rPr>
          <w:rFonts w:ascii="TH Sarabun New" w:hAnsi="TH Sarabun New" w:cs="TH Sarabun New" w:hint="cs"/>
          <w:sz w:val="32"/>
          <w:szCs w:val="32"/>
          <w:cs/>
          <w:lang w:bidi="th-TH"/>
        </w:rPr>
        <w:t>าง</w:t>
      </w:r>
      <w:r w:rsidR="000A5CAB">
        <w:rPr>
          <w:rFonts w:ascii="TH Sarabun New" w:hAnsi="TH Sarabun New" w:cs="TH Sarabun New" w:hint="cs"/>
          <w:sz w:val="32"/>
          <w:szCs w:val="32"/>
          <w:cs/>
          <w:lang w:bidi="th-TH"/>
        </w:rPr>
        <w:t>วิ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ชาการให้ระบุว่าอยู่ในฐานข้อมูลใดตามประกาศ ก.พ.อ. โดยระบุบทบาทหน</w:t>
      </w:r>
      <w:r w:rsidR="00EE5766">
        <w:rPr>
          <w:rFonts w:ascii="TH Sarabun New" w:hAnsi="TH Sarabun New" w:cs="TH Sarabun New"/>
          <w:sz w:val="32"/>
          <w:szCs w:val="32"/>
          <w:cs/>
          <w:lang w:bidi="th-TH"/>
        </w:rPr>
        <w:t>้าที่หรือสัดส่วนการมีส่วนร่วมขอ</w:t>
      </w:r>
      <w:r w:rsidR="00EE5766">
        <w:rPr>
          <w:rFonts w:ascii="TH Sarabun New" w:hAnsi="TH Sarabun New" w:cs="TH Sarabun New" w:hint="cs"/>
          <w:sz w:val="32"/>
          <w:szCs w:val="32"/>
          <w:cs/>
          <w:lang w:bidi="th-TH"/>
        </w:rPr>
        <w:t>งผลงานแต่ละประเภท ตาม</w:t>
      </w:r>
      <w:r w:rsidR="00EE5766" w:rsidRPr="002810EE">
        <w:rPr>
          <w:rFonts w:ascii="TH Sarabun New" w:hAnsi="TH Sarabun New" w:cs="TH Sarabun New"/>
          <w:sz w:val="32"/>
          <w:szCs w:val="32"/>
          <w:cs/>
          <w:lang w:bidi="th-TH"/>
        </w:rPr>
        <w:t>ลักษณะการมีส่วนร่วมในผลงานทางวิชาการตามอกสารแนบท้ายประกาศ</w:t>
      </w:r>
      <w:r w:rsidR="00EE5766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ก.พ.อ.</w:t>
      </w:r>
    </w:p>
    <w:p w:rsidR="006F211B" w:rsidRDefault="006F211B" w:rsidP="00EE5766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51303E" w:rsidRPr="002810EE" w:rsidRDefault="005A5C7F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ผลงานทางวิชาการที่เสนอเพื่อประกอบการพิจารณาตำแหน่ง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รอง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ศาสตราจารย์</w:t>
      </w:r>
    </w:p>
    <w:p w:rsidR="0051303E" w:rsidRPr="002810EE" w:rsidRDefault="005A5C7F" w:rsidP="000A5CAB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งานวิจัย</w:t>
      </w:r>
    </w:p>
    <w:p w:rsidR="0051303E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EE5766" w:rsidRPr="002810EE" w:rsidRDefault="00EE5766" w:rsidP="00EE576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ตำแหน่งรองศาสตราจารย์มาแล้วหรือไม่</w:t>
      </w:r>
    </w:p>
    <w:p w:rsidR="00EE5766" w:rsidRPr="002810EE" w:rsidRDefault="00EE5766" w:rsidP="00EE576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EE5766" w:rsidRPr="002810EE" w:rsidRDefault="00EE5766" w:rsidP="00EE576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EE5766" w:rsidRPr="002810EE" w:rsidRDefault="00EE5766" w:rsidP="00EE576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51303E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380F14" w:rsidRPr="002810EE" w:rsidRDefault="00380F14" w:rsidP="00380F14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ตำแหน่งรองศาสตราจารย์มาแล้วหรือไม่</w:t>
      </w:r>
    </w:p>
    <w:p w:rsidR="00380F14" w:rsidRPr="002810EE" w:rsidRDefault="00380F14" w:rsidP="00380F14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380F14" w:rsidRPr="002810EE" w:rsidRDefault="00380F14" w:rsidP="00380F14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380F14" w:rsidRPr="002810EE" w:rsidRDefault="00380F14" w:rsidP="00380F14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51303E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380F14" w:rsidRPr="002810EE" w:rsidRDefault="00380F14" w:rsidP="00380F14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ตำแหน่งรองศาสตราจารย์มาแล้วหรือไม่</w:t>
      </w:r>
    </w:p>
    <w:p w:rsidR="00380F14" w:rsidRPr="002810EE" w:rsidRDefault="00380F14" w:rsidP="00380F14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380F14" w:rsidRPr="002810EE" w:rsidRDefault="00380F14" w:rsidP="00380F14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380F14" w:rsidRPr="002810EE" w:rsidRDefault="00380F14" w:rsidP="00380F14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51303E" w:rsidRPr="002810EE" w:rsidRDefault="005A5C7F" w:rsidP="000A5CAB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ผลงานทางวิชาการในลักษณะอื่น (ผลงานวิชาการเพื่ออุตสาหกรรม/ ผลงานวิชาการเพื่อพัฒนาการเรียนการสอนและการเรียนรู้/ ผลงานวิชาการเพื่อพัฒนานโยบายสาธารณะ/ กรณีศึกษา</w:t>
      </w:r>
      <w:r w:rsidR="00D27A05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504556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(</w:t>
      </w:r>
      <w:r w:rsidR="0051303E" w:rsidRPr="002810EE">
        <w:rPr>
          <w:rFonts w:ascii="TH Sarabun New" w:hAnsi="TH Sarabun New" w:cs="TH Sarabun New"/>
          <w:sz w:val="32"/>
          <w:szCs w:val="32"/>
        </w:rPr>
        <w:t xml:space="preserve">case study)/ 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งานแปล/ พจนานุกรม สารานุกรม นามานุกรม และงานวิชาการในลักษณะเดียวกัน/</w:t>
      </w:r>
      <w:r w:rsidR="00D27A05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ผลงานสร้างสรรค์ด้านวิทยาศาสตร์และเทคโนโลยี/ ผลงานสร้างสรรค์ด้านสุนทรียะ ศิลปะ/ สิทธิบัตร/</w:t>
      </w:r>
      <w:r w:rsidR="00D27A05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ซอฟต์แวร์/ 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ผลงานรับใช้ท้องถิ่น</w:t>
      </w:r>
      <w:r w:rsidR="0051303E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และสังคม/ ผลงานนวัตกรรม)</w:t>
      </w:r>
    </w:p>
    <w:p w:rsidR="00AD3769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ผลงานทางวิชาการในลักษณะอื่นนี้เคยใช้สำหรับการพิจารณาขอกำหนด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665FC4" w:rsidRPr="002810EE" w:rsidRDefault="00665FC4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665FC4" w:rsidRPr="002810EE" w:rsidRDefault="00665FC4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665FC4" w:rsidRPr="002810EE" w:rsidRDefault="00665FC4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AD3769" w:rsidRPr="002810EE" w:rsidRDefault="005D2505" w:rsidP="006F211B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br w:type="page"/>
      </w:r>
      <w:r w:rsidR="005A5C7F" w:rsidRPr="002810EE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4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5A5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5A5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5A5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ผลงานทางวิชาการในลักษณะอื่นนี้เคยใช้สำหรับการพิจารณาขอกำหนด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AD3769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ผลงานทางวิชาการในลักษณะอื่นนี้เคยใช้สำหรับการพิจารณาขอกำหนด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AD3769" w:rsidRPr="002810EE" w:rsidRDefault="005A5C7F" w:rsidP="000A5CAB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ต</w:t>
      </w:r>
      <w:r w:rsidR="00165555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ราหรือหนังสือ</w:t>
      </w:r>
    </w:p>
    <w:p w:rsidR="00AD3769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ผลงานนี้เคยใช้สำหรับการพิจารณาขอกำหนดตำแหน่งผู้ช่วยศาสตราจารย์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AD3769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D3769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165555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16555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16555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16555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165555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1D4C8F" w:rsidRDefault="001D4C8F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1D4C8F" w:rsidRDefault="001D4C8F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1D4C8F" w:rsidRPr="002810EE" w:rsidRDefault="001D4C8F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 w:hint="cs"/>
          <w:sz w:val="32"/>
          <w:szCs w:val="32"/>
        </w:rPr>
      </w:pPr>
    </w:p>
    <w:p w:rsidR="007C737A" w:rsidRDefault="00165555" w:rsidP="007A2E27">
      <w:pPr>
        <w:spacing w:after="0" w:line="240" w:lineRule="auto"/>
        <w:ind w:firstLine="117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ผลงานทางวิชาการทุกประเภท ให้เสนอโดยเขียนตา</w:t>
      </w:r>
      <w:r w:rsidR="00504556">
        <w:rPr>
          <w:rFonts w:ascii="TH Sarabun New" w:hAnsi="TH Sarabun New" w:cs="TH Sarabun New"/>
          <w:sz w:val="32"/>
          <w:szCs w:val="32"/>
          <w:cs/>
          <w:lang w:bidi="th-TH"/>
        </w:rPr>
        <w:t>มหลักของการเขียนเอกสารอ้างอิง</w:t>
      </w:r>
      <w:r w:rsidR="00504556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            </w:t>
      </w:r>
      <w:r w:rsidR="00504556">
        <w:rPr>
          <w:rFonts w:ascii="TH Sarabun New" w:hAnsi="TH Sarabun New" w:cs="TH Sarabun New"/>
          <w:sz w:val="32"/>
          <w:szCs w:val="32"/>
          <w:cs/>
          <w:lang w:bidi="th-TH"/>
        </w:rPr>
        <w:t>อั</w:t>
      </w:r>
      <w:r w:rsidR="00504556">
        <w:rPr>
          <w:rFonts w:ascii="TH Sarabun New" w:hAnsi="TH Sarabun New" w:cs="TH Sarabun New" w:hint="cs"/>
          <w:sz w:val="32"/>
          <w:szCs w:val="32"/>
          <w:cs/>
          <w:lang w:bidi="th-TH"/>
        </w:rPr>
        <w:t>น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ประกอบด้วย</w:t>
      </w:r>
      <w:r w:rsidR="00504556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ชื่อผู้แต่ง ปี พ.ศ. ชื่อเรื่อง แหล่งพิมพ์ จำนวนหน้า เป็นต้น และกรณีที่เผยแพร่ในวารสารทางวิชาการให้ระบุว่าอยู่ในฐานข้อมูลใดตามประกาศ ก.พ.อ. โดยระบุบทบาทหน้าที่หรือสัดส่วนการมีส่วนร่วมของผลงานแต่ละประเภท ตามลักษณะการมีส่วนร่วมในผลงานทางวิชาการตามเอกสารแนบท้าย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ประกาศ ก.พ.อ.</w:t>
      </w:r>
    </w:p>
    <w:p w:rsidR="001D4C8F" w:rsidRPr="002810EE" w:rsidRDefault="001D4C8F" w:rsidP="007A2E27">
      <w:pPr>
        <w:spacing w:after="0" w:line="240" w:lineRule="auto"/>
        <w:ind w:firstLine="1170"/>
        <w:jc w:val="thaiDistribute"/>
        <w:rPr>
          <w:rFonts w:ascii="TH Sarabun New" w:hAnsi="TH Sarabun New" w:cs="TH Sarabun New" w:hint="cs"/>
          <w:sz w:val="32"/>
          <w:szCs w:val="32"/>
          <w:lang w:bidi="th-TH"/>
        </w:rPr>
      </w:pPr>
    </w:p>
    <w:p w:rsidR="00C310CC" w:rsidRPr="002810EE" w:rsidRDefault="005A5C7F" w:rsidP="000A5CAB">
      <w:pPr>
        <w:spacing w:after="0" w:line="240" w:lineRule="auto"/>
        <w:ind w:firstLine="45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ผลงานทางวิชาการที่เสนอเพื่อประกอบการพิจารณาตำแหน่งศาสตราจารย์</w:t>
      </w:r>
    </w:p>
    <w:p w:rsidR="00C310CC" w:rsidRPr="002810EE" w:rsidRDefault="005A5C7F" w:rsidP="000A5CAB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งานวิจัย</w:t>
      </w:r>
    </w:p>
    <w:p w:rsidR="00C310CC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C310CC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C310CC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C310C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งานวิจัยนี้เคยใช้สำหรับการพิจารณาขอกำหนดตำแหน่งผู้ช่วยศาสตราจารย์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345506" w:rsidRPr="002810EE" w:rsidRDefault="005A5C7F" w:rsidP="000A5CAB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ผลงานทางวิชาการในลักษณะอื่น (ผลงานวิชาการเพื่ออุตสาหกรรม/ ผลงานวิชาการเพื่อพัฒนาการเรียนการสอนและการเรียนรู้/ ผลงานวิชาการเพื่อพัฒนานโยบายสาธารณะ/ กรณีศึกษา</w:t>
      </w:r>
      <w:r w:rsidR="003F4EFB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504556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(</w:t>
      </w:r>
      <w:r w:rsidR="00345506" w:rsidRPr="002810EE">
        <w:rPr>
          <w:rFonts w:ascii="TH Sarabun New" w:hAnsi="TH Sarabun New" w:cs="TH Sarabun New"/>
          <w:sz w:val="32"/>
          <w:szCs w:val="32"/>
        </w:rPr>
        <w:t xml:space="preserve">case study)/ 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งานแปล/ พจนานุกรม สารานุกรม นามานุกรม และงานวิชาการในลักษณะเดียวกัน/</w:t>
      </w:r>
      <w:r w:rsidR="003F4EFB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ผลงานสร้างสรรค์ด้านวิทยาศาสตร์และเทคโนโลยี/ ผลงานสร้างสรรค์ด้านสุนทรียะ ศิลปะ/ สิทธิบัตร/</w:t>
      </w:r>
      <w:r w:rsidR="003F4EFB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ซอฟต์แวร์/ </w:t>
      </w:r>
      <w:r w:rsidR="003F4EFB"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ผลงานรับใช้ท้องถิ่น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และสังคม/ ผลงานนวัตกรรม)</w:t>
      </w:r>
    </w:p>
    <w:p w:rsidR="001D4C8F" w:rsidRDefault="001D4C8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1D4C8F" w:rsidRDefault="001D4C8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1D4C8F" w:rsidRDefault="001D4C8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1D4C8F" w:rsidRDefault="001D4C8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1D4C8F" w:rsidRDefault="001D4C8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345506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4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ผลงานทางวิชาการในลักษณะอื่นนี้เคยใช้สำหรับการพิจารณาขอกำหนด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345506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ผลงานทางวิชาการในลักษณะอื่นนี้เคยใช้สำหรับการพิจารณาขอกำหนด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345506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ผลงานทางวิชาการในลักษณะอื่นนี้เคยใช้สำหรับการพิจารณาขอกำหนด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345506" w:rsidRPr="002810EE" w:rsidRDefault="005A5C7F" w:rsidP="000A5CAB">
      <w:pPr>
        <w:spacing w:after="0" w:line="240" w:lineRule="auto"/>
        <w:ind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ต</w:t>
      </w:r>
      <w:r w:rsidR="006616F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ราหรือหนังสือ</w:t>
      </w:r>
    </w:p>
    <w:p w:rsidR="00345506" w:rsidRPr="002810EE" w:rsidRDefault="005A5C7F" w:rsidP="000A5CAB">
      <w:pPr>
        <w:spacing w:after="0" w:line="240" w:lineRule="auto"/>
        <w:ind w:left="144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345506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6616FC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6616F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6616F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6616F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6616F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F9599F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1D4C8F" w:rsidRDefault="001D4C8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6616FC" w:rsidRPr="002810EE" w:rsidRDefault="005A5C7F" w:rsidP="000A5CAB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4</w:t>
      </w:r>
      <w:r w:rsidR="006616F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6616F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6616FC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6616F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.................................................................................................</w:t>
      </w:r>
    </w:p>
    <w:p w:rsidR="00504556" w:rsidRPr="002810EE" w:rsidRDefault="00504556" w:rsidP="00504556">
      <w:pPr>
        <w:spacing w:after="0" w:line="240" w:lineRule="auto"/>
        <w:ind w:firstLine="216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ผลงานนี้เคยใช้สำหรับการพิจารณาขอกำหนดตำแหน่งผู้ช่วยศาสตราจารย์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ตำแหน่งรองศาสตราจารย์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และ/หรือ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ตำแหน่งศาสตราจารย์มาแล้วหรือไม่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ไม่เคยใช้</w:t>
      </w:r>
    </w:p>
    <w:p w:rsidR="00504556" w:rsidRPr="002810EE" w:rsidRDefault="00504556" w:rsidP="00504556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lang w:bidi="th-TH"/>
        </w:rPr>
        <w:sym w:font="Wingdings" w:char="F0A8"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ab/>
        <w:t>เคยใช้ (เมื่อปี พ.ศ....... และผลการพิจารณาคุณภาพอยู่ในระดับ...............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</w:p>
    <w:p w:rsidR="00504556" w:rsidRPr="002810EE" w:rsidRDefault="00504556" w:rsidP="00504556">
      <w:pPr>
        <w:tabs>
          <w:tab w:val="left" w:pos="3510"/>
        </w:tabs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ตามเกณฑ์ที่ ก.พ.อ. กำหนด)</w:t>
      </w:r>
    </w:p>
    <w:p w:rsidR="006616FC" w:rsidRPr="002810EE" w:rsidRDefault="006616FC" w:rsidP="00504556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ผลงานทางวิชาการทุกประเภท ให้เสนอโดยเขียนตามหลักของการเขียนเอกสารอ้างอิง</w:t>
      </w:r>
      <w:r w:rsidR="00504556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อันประกอบด้วย</w:t>
      </w:r>
      <w:r w:rsidR="00504556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ชื่อผู้แต่ง ปี พ.ศ. ชื่อเรื่อง แหล่งพิมพ์ จำนวนหน้า เป็นต้น และกรณีที่เผยแพร่ในวารสารทางวิชาการให้ระบุว่าอยู่ในฐานข้อมูลใดตามประกาศ ก.พ.อ. โดยระบุบทบาทหน้าที่หรือสัดส่วนการมีส่วนร่วมของผลงานแต่ละประเภท ตามลักษณะการมีส่วนร่วมในผลงานทางวิชาการตามเอกสารแนบท้ายประกาศ ก.พ.อ.</w:t>
      </w:r>
    </w:p>
    <w:p w:rsidR="00B97481" w:rsidRPr="002810EE" w:rsidRDefault="00B97481" w:rsidP="00B97481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B97481" w:rsidRPr="002810EE" w:rsidRDefault="00B97481" w:rsidP="00B97481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6616FC" w:rsidRPr="002810EE" w:rsidRDefault="006616FC" w:rsidP="00A9150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ขอรับรองว่าข้อความดังกล่าวข้างต้นเป็นความจริงทุกประการ</w:t>
      </w:r>
    </w:p>
    <w:p w:rsidR="006616FC" w:rsidRPr="002810EE" w:rsidRDefault="006616FC" w:rsidP="00A9150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97481" w:rsidRPr="002810EE" w:rsidRDefault="00B97481" w:rsidP="00A9150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6616FC" w:rsidRPr="002810EE" w:rsidRDefault="006616FC" w:rsidP="00A9150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ลงชื่อ..................................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...............................เจ้าของประวัติ</w:t>
      </w:r>
    </w:p>
    <w:p w:rsidR="006616FC" w:rsidRPr="002810EE" w:rsidRDefault="006616FC" w:rsidP="00A9150C">
      <w:pPr>
        <w:spacing w:after="0" w:line="240" w:lineRule="auto"/>
        <w:ind w:left="234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(.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>........</w:t>
      </w:r>
      <w:r w:rsidR="00A9150C">
        <w:rPr>
          <w:rFonts w:ascii="TH Sarabun New" w:hAnsi="TH Sarabun New" w:cs="TH Sarabun New"/>
          <w:sz w:val="32"/>
          <w:szCs w:val="32"/>
          <w:cs/>
          <w:lang w:bidi="th-TH"/>
        </w:rPr>
        <w:t>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)</w:t>
      </w:r>
    </w:p>
    <w:p w:rsidR="006616FC" w:rsidRPr="002810EE" w:rsidRDefault="006616FC" w:rsidP="00A9150C">
      <w:pPr>
        <w:spacing w:after="0" w:line="240" w:lineRule="auto"/>
        <w:ind w:left="180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ตำแหน่ง........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.......................................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</w:p>
    <w:p w:rsidR="00905E98" w:rsidRPr="002810EE" w:rsidRDefault="006616FC" w:rsidP="00A9150C">
      <w:pPr>
        <w:spacing w:after="0" w:line="240" w:lineRule="auto"/>
        <w:ind w:left="2340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วันที่.............เดือน..</w:t>
      </w:r>
      <w:r w:rsidR="00A9150C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...........................พ.ศ.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</w:t>
      </w: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A9150C" w:rsidRDefault="00A9150C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br w:type="page"/>
      </w:r>
    </w:p>
    <w:p w:rsidR="00B97481" w:rsidRPr="002810EE" w:rsidRDefault="00B97481" w:rsidP="004F5D62">
      <w:pPr>
        <w:spacing w:before="240" w:after="0"/>
        <w:rPr>
          <w:rFonts w:ascii="TH Sarabun New" w:hAnsi="TH Sarabun New" w:cs="TH Sarabun New"/>
          <w:sz w:val="32"/>
          <w:szCs w:val="32"/>
          <w:rtl/>
          <w:cs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 xml:space="preserve">ส่วนที่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</w:t>
      </w:r>
      <w:r w:rsidR="00A9150C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แบบประเมินคุณสมบัติโดยผู้บังคับบัญชา</w:t>
      </w:r>
    </w:p>
    <w:p w:rsidR="004F5D62" w:rsidRPr="002810EE" w:rsidRDefault="004F5D62" w:rsidP="00A9150C">
      <w:pPr>
        <w:spacing w:before="120"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แบบประเมินแต่งตั้งให้ดำรงตำแหน่ง............................................</w:t>
      </w:r>
    </w:p>
    <w:p w:rsidR="004F5D62" w:rsidRPr="002810EE" w:rsidRDefault="004F5D62" w:rsidP="00A9150C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(ผู้ช่วยศาสตราจารย์ /รองศาสตราจารย์ /ศาสตราจารย์)</w:t>
      </w:r>
    </w:p>
    <w:p w:rsidR="004F5D62" w:rsidRPr="002810EE" w:rsidRDefault="004F5D62" w:rsidP="00A9150C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  <w:lang w:bidi="th-TH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ในสาขาวิชา.................</w:t>
      </w:r>
      <w:r w:rsidR="00A9150C">
        <w:rPr>
          <w:rFonts w:ascii="TH Sarabun New" w:eastAsiaTheme="majorEastAsia" w:hAnsi="TH Sarabun New" w:cs="TH Sarabun New" w:hint="cs"/>
          <w:sz w:val="32"/>
          <w:szCs w:val="32"/>
          <w:cs/>
          <w:lang w:bidi="th-TH"/>
        </w:rPr>
        <w:t>.......</w:t>
      </w:r>
      <w:r w:rsidR="00A9150C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....................</w:t>
      </w:r>
      <w:r w:rsidR="00A9150C">
        <w:rPr>
          <w:rFonts w:ascii="TH Sarabun New" w:eastAsiaTheme="majorEastAsia" w:hAnsi="TH Sarabun New" w:cs="TH Sarabun New" w:hint="cs"/>
          <w:sz w:val="32"/>
          <w:szCs w:val="32"/>
          <w:cs/>
          <w:lang w:bidi="th-TH"/>
        </w:rPr>
        <w:t>..</w:t>
      </w: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.................</w:t>
      </w:r>
    </w:p>
    <w:p w:rsidR="004F5D62" w:rsidRPr="002810EE" w:rsidRDefault="004F5D62" w:rsidP="00A9150C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โดยวิธี.......</w:t>
      </w:r>
      <w:r w:rsidR="00A9150C">
        <w:rPr>
          <w:rFonts w:ascii="TH Sarabun New" w:eastAsiaTheme="majorEastAsia" w:hAnsi="TH Sarabun New" w:cs="TH Sarabun New" w:hint="cs"/>
          <w:sz w:val="32"/>
          <w:szCs w:val="32"/>
          <w:cs/>
          <w:lang w:bidi="th-TH"/>
        </w:rPr>
        <w:t>......................</w:t>
      </w:r>
    </w:p>
    <w:p w:rsidR="004F5D62" w:rsidRPr="002810EE" w:rsidRDefault="004F5D62" w:rsidP="00A9150C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ของ (นาย/นาง/นางสาว).........................</w:t>
      </w:r>
      <w:r w:rsidR="00A9150C">
        <w:rPr>
          <w:rFonts w:ascii="TH Sarabun New" w:eastAsiaTheme="majorEastAsia" w:hAnsi="TH Sarabun New" w:cs="TH Sarabun New" w:hint="cs"/>
          <w:sz w:val="32"/>
          <w:szCs w:val="32"/>
          <w:cs/>
          <w:lang w:bidi="th-TH"/>
        </w:rPr>
        <w:t>.......</w:t>
      </w: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......................</w:t>
      </w:r>
    </w:p>
    <w:p w:rsidR="004F5D62" w:rsidRPr="002810EE" w:rsidRDefault="004F5D62" w:rsidP="00A9150C">
      <w:pPr>
        <w:spacing w:after="0" w:line="240" w:lineRule="auto"/>
        <w:jc w:val="center"/>
        <w:rPr>
          <w:rFonts w:ascii="TH Sarabun New" w:eastAsiaTheme="majorEastAsia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สังกัด/ภาค/สาขาวิชา..............</w:t>
      </w:r>
      <w:r w:rsidR="00A9150C">
        <w:rPr>
          <w:rFonts w:ascii="TH Sarabun New" w:eastAsiaTheme="majorEastAsia" w:hAnsi="TH Sarabun New" w:cs="TH Sarabun New" w:hint="cs"/>
          <w:sz w:val="32"/>
          <w:szCs w:val="32"/>
          <w:cs/>
          <w:lang w:bidi="th-TH"/>
        </w:rPr>
        <w:t>......</w:t>
      </w: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.......................................</w:t>
      </w:r>
    </w:p>
    <w:p w:rsidR="004F5D62" w:rsidRPr="002810EE" w:rsidRDefault="004F5D62" w:rsidP="00A9150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คณะ...............</w:t>
      </w:r>
      <w:r w:rsidR="00A9150C">
        <w:rPr>
          <w:rFonts w:ascii="TH Sarabun New" w:eastAsiaTheme="majorEastAsia" w:hAnsi="TH Sarabun New" w:cs="TH Sarabun New" w:hint="cs"/>
          <w:sz w:val="32"/>
          <w:szCs w:val="32"/>
          <w:cs/>
          <w:lang w:bidi="th-TH"/>
        </w:rPr>
        <w:t>.......</w:t>
      </w: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...................มหาวิทยาลัย/สถาบัน...............</w:t>
      </w:r>
      <w:r w:rsidR="00A9150C">
        <w:rPr>
          <w:rFonts w:ascii="TH Sarabun New" w:eastAsiaTheme="majorEastAsia" w:hAnsi="TH Sarabun New" w:cs="TH Sarabun New" w:hint="cs"/>
          <w:sz w:val="32"/>
          <w:szCs w:val="32"/>
          <w:cs/>
          <w:lang w:bidi="th-TH"/>
        </w:rPr>
        <w:t>.....</w:t>
      </w:r>
      <w:r w:rsidRPr="002810EE">
        <w:rPr>
          <w:rFonts w:ascii="TH Sarabun New" w:eastAsiaTheme="majorEastAsia" w:hAnsi="TH Sarabun New" w:cs="TH Sarabun New"/>
          <w:sz w:val="32"/>
          <w:szCs w:val="32"/>
          <w:cs/>
          <w:lang w:bidi="th-TH"/>
        </w:rPr>
        <w:t>.........................</w:t>
      </w:r>
    </w:p>
    <w:p w:rsidR="004F5D62" w:rsidRPr="002810EE" w:rsidRDefault="004F5D62" w:rsidP="004F5D62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------------------------------</w:t>
      </w:r>
    </w:p>
    <w:p w:rsidR="004F5D62" w:rsidRPr="002810EE" w:rsidRDefault="004F5D62" w:rsidP="004F5D62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F5D62" w:rsidRPr="002810EE" w:rsidRDefault="004F5D62" w:rsidP="00A9150C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ได้ตรวจสอบคุณสมบัติเฉพาะสำหรับตำแหน่ง...</w:t>
      </w:r>
      <w:r w:rsidR="00A9150C"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(ผู้ช่วยศาสตราจารย์/ รองศาสตราจารย์/ ศาสตราจารย์).. แล้วเห็นว่า นาย/นาง/นางสาว.............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..................................................................................... </w:t>
      </w:r>
    </w:p>
    <w:p w:rsidR="004F5D62" w:rsidRPr="002810EE" w:rsidRDefault="004F5D62" w:rsidP="00A9150C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เป็นผู้มีคุณสมบัติ... (ครบถ้วน/ไม่ครบถ้วน)...ตามหลักเกณฑ์ที่ ก.พ.อ. กำหนด</w:t>
      </w:r>
    </w:p>
    <w:p w:rsidR="004F5D62" w:rsidRPr="002810EE" w:rsidRDefault="004F5D62" w:rsidP="004F5D62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F5D62" w:rsidRPr="002810EE" w:rsidRDefault="004F5D62" w:rsidP="004F5D6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F5D62" w:rsidRPr="002810EE" w:rsidRDefault="004F5D62" w:rsidP="00BE378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ลงชื่อ...................................................</w:t>
      </w:r>
    </w:p>
    <w:p w:rsidR="004F5D62" w:rsidRPr="002810EE" w:rsidRDefault="00BE3789" w:rsidP="00BE378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</w:t>
      </w:r>
      <w:r w:rsidR="004F5D62" w:rsidRPr="002810EE">
        <w:rPr>
          <w:rFonts w:ascii="TH Sarabun New" w:hAnsi="TH Sarabun New" w:cs="TH Sarabun New"/>
          <w:sz w:val="32"/>
          <w:szCs w:val="32"/>
          <w:cs/>
          <w:lang w:bidi="th-TH"/>
        </w:rPr>
        <w:t>(...................................................)</w:t>
      </w:r>
    </w:p>
    <w:p w:rsidR="004F5D62" w:rsidRPr="002810EE" w:rsidRDefault="004F5D62" w:rsidP="00BE378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 ..ผู้บังคับบัญชาระดับหัวหน้าภาควิชาหรือเทียบเท่า..</w:t>
      </w:r>
    </w:p>
    <w:p w:rsidR="004F5D62" w:rsidRPr="002810EE" w:rsidRDefault="004F5D62" w:rsidP="00BE378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วันที่........เดือน..........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.......พ.ศ. ........</w:t>
      </w:r>
    </w:p>
    <w:p w:rsidR="004F5D62" w:rsidRPr="002810EE" w:rsidRDefault="004F5D62" w:rsidP="004F5D62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F5D62" w:rsidRPr="002810EE" w:rsidRDefault="004F5D62" w:rsidP="004F5D62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F5D62" w:rsidRPr="002810EE" w:rsidRDefault="004F5D62" w:rsidP="004F5D62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u w:val="single"/>
          <w:cs/>
          <w:lang w:bidi="th-TH"/>
        </w:rPr>
        <w:t>ความเห็นผู้บังคับบัญชาระดับคณบดีหรือเทียบเท่า</w:t>
      </w:r>
    </w:p>
    <w:p w:rsidR="004F5D62" w:rsidRPr="002810EE" w:rsidRDefault="004F5D62" w:rsidP="004F5D62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F5D62" w:rsidRPr="002810EE" w:rsidRDefault="004F5D62" w:rsidP="00BE3789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ได้พิจารณาแล้วเห็นว่า นาย/นาง/นางสาว..........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..........................................................เป็นผู้มีคุณสมบัติ ...(เข้าข่าย/ ไม่เข้าข่าย)...ที่จะได้รับการแต่งตั้งให้ดำรงตำแหน่ง...(ผู้ช่วยศาสตราจารย์/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รองศาสตราจารย์/ ศาสตราจารย์)..</w:t>
      </w:r>
    </w:p>
    <w:p w:rsidR="003A133B" w:rsidRPr="002810EE" w:rsidRDefault="003A133B" w:rsidP="004F5D62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3A133B" w:rsidRPr="002810EE" w:rsidRDefault="003A133B" w:rsidP="004F5D62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BE3789" w:rsidRPr="002810EE" w:rsidRDefault="00BE3789" w:rsidP="00BE3789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ลงชื่อ..................................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</w:t>
      </w:r>
    </w:p>
    <w:p w:rsidR="00BE3789" w:rsidRPr="002810EE" w:rsidRDefault="00BE3789" w:rsidP="00BE3789">
      <w:pPr>
        <w:spacing w:after="0" w:line="240" w:lineRule="auto"/>
        <w:ind w:left="234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(.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>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)</w:t>
      </w:r>
    </w:p>
    <w:p w:rsidR="00BE3789" w:rsidRPr="002810EE" w:rsidRDefault="00BE3789" w:rsidP="00BE3789">
      <w:pPr>
        <w:spacing w:after="0" w:line="240" w:lineRule="auto"/>
        <w:ind w:left="243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</w:t>
      </w:r>
    </w:p>
    <w:p w:rsidR="00BE3789" w:rsidRPr="002810EE" w:rsidRDefault="00BE3789" w:rsidP="00BE3789">
      <w:pPr>
        <w:spacing w:after="0" w:line="240" w:lineRule="auto"/>
        <w:ind w:left="2340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วันที่...........เดือน..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...........................พ.ศ.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</w:t>
      </w:r>
    </w:p>
    <w:p w:rsidR="00980CB3" w:rsidRPr="002810EE" w:rsidRDefault="00980CB3" w:rsidP="006616FC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  <w:lang w:bidi="th-TH"/>
        </w:rPr>
      </w:pPr>
    </w:p>
    <w:p w:rsidR="00BE3789" w:rsidRDefault="00BE3789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br w:type="page"/>
      </w:r>
    </w:p>
    <w:p w:rsidR="005B3282" w:rsidRPr="002810EE" w:rsidRDefault="005B3282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 xml:space="preserve">ส่วนที่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3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แบบประเมินผลการสอน</w:t>
      </w: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BE3789">
      <w:pPr>
        <w:spacing w:after="0" w:line="240" w:lineRule="auto"/>
        <w:ind w:firstLine="144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คณะอนุกรรมการเพื่อประเมิน</w:t>
      </w:r>
      <w:r w:rsidR="00BE3789">
        <w:rPr>
          <w:rFonts w:ascii="TH Sarabun New" w:hAnsi="TH Sarabun New" w:cs="TH Sarabun New"/>
          <w:sz w:val="32"/>
          <w:szCs w:val="32"/>
          <w:cs/>
          <w:lang w:bidi="th-TH"/>
        </w:rPr>
        <w:t>ผลการสอน ในการประชุมครั้งที่..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../.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......เมื่อวันที่.....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</w:t>
      </w:r>
    </w:p>
    <w:p w:rsidR="00A91BE5" w:rsidRPr="002810EE" w:rsidRDefault="00A91BE5" w:rsidP="00BE3789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ซึ่งได้รับมอบอำนาจจากคณะกรรมการพิจารณาตำแหน่งทางวิชาการ 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.....(มหาวิทยาลัย/สถาบัน).....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</w:t>
      </w:r>
    </w:p>
    <w:p w:rsidR="00E85C78" w:rsidRDefault="00A91BE5" w:rsidP="00BE3789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ได้ประเมินผลการสอนรหัสวิชา......................รายวิชา..........................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="00E85C78"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</w:t>
      </w:r>
    </w:p>
    <w:p w:rsidR="00A91BE5" w:rsidRPr="002810EE" w:rsidRDefault="00A91BE5" w:rsidP="00BE3789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ของ นาย/นาง/นางสาว..................................แล้วเห็น</w:t>
      </w:r>
      <w:r w:rsidR="00E85C78">
        <w:rPr>
          <w:rFonts w:ascii="TH Sarabun New" w:hAnsi="TH Sarabun New" w:cs="TH Sarabun New"/>
          <w:sz w:val="32"/>
          <w:szCs w:val="32"/>
          <w:cs/>
          <w:lang w:bidi="th-TH"/>
        </w:rPr>
        <w:t>ว่า บุคคลดังกล่าวเป็นผู้มีความ.</w:t>
      </w:r>
      <w:r w:rsidR="00E85C78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="00E85C78">
        <w:rPr>
          <w:rFonts w:ascii="TH Sarabun New" w:hAnsi="TH Sarabun New" w:cs="TH Sarabun New"/>
          <w:sz w:val="32"/>
          <w:szCs w:val="32"/>
          <w:cs/>
          <w:lang w:bidi="th-TH"/>
        </w:rPr>
        <w:t>(ชำนาญ/ชำนาญพิเศษ).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E85C78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ในการสอน มีคุณภาพ..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.(อยู่/ไม่อยู่)..</w:t>
      </w:r>
      <w:r w:rsidR="00E85C78">
        <w:rPr>
          <w:rFonts w:ascii="TH Sarabun New" w:hAnsi="TH Sarabun New" w:cs="TH Sarabun New"/>
          <w:sz w:val="32"/>
          <w:szCs w:val="32"/>
          <w:cs/>
          <w:lang w:bidi="th-TH"/>
        </w:rPr>
        <w:t>..ในหลักเกณฑ์และวิธีการตามที่สภ</w:t>
      </w:r>
      <w:r w:rsidR="00B73719">
        <w:rPr>
          <w:rFonts w:ascii="TH Sarabun New" w:hAnsi="TH Sarabun New" w:cs="TH Sarabun New" w:hint="cs"/>
          <w:sz w:val="32"/>
          <w:szCs w:val="32"/>
          <w:cs/>
          <w:lang w:bidi="th-TH"/>
        </w:rPr>
        <w:t>า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สถาบันกำหนด</w:t>
      </w:r>
    </w:p>
    <w:p w:rsidR="00A91BE5" w:rsidRPr="002810EE" w:rsidRDefault="00A91BE5" w:rsidP="00BE3789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BE5" w:rsidRPr="002810EE" w:rsidRDefault="00A91BE5" w:rsidP="00A91BE5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ลงชื่อ...........................................................</w:t>
      </w:r>
    </w:p>
    <w:p w:rsidR="00A91BE5" w:rsidRPr="002810EE" w:rsidRDefault="00BE3789" w:rsidP="00A91BE5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(..................................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..................)</w:t>
      </w:r>
    </w:p>
    <w:p w:rsidR="00A91BE5" w:rsidRPr="002810EE" w:rsidRDefault="00A91BE5" w:rsidP="00A91BE5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 ประธานคณะอนุกรรมการเพื่อประเมินผลการสอน</w:t>
      </w:r>
    </w:p>
    <w:p w:rsidR="00980CB3" w:rsidRPr="002810EE" w:rsidRDefault="00A91BE5" w:rsidP="00A91BE5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วันที่..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....เดือน......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.......</w:t>
      </w:r>
      <w:r w:rsidR="00BE3789">
        <w:rPr>
          <w:rFonts w:ascii="TH Sarabun New" w:hAnsi="TH Sarabun New" w:cs="TH Sarabun New"/>
          <w:sz w:val="32"/>
          <w:szCs w:val="32"/>
          <w:cs/>
          <w:lang w:bidi="th-TH"/>
        </w:rPr>
        <w:t>.............พ.ศ.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</w:t>
      </w: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AC1EBB" w:rsidRPr="002810EE" w:rsidRDefault="00AC1EBB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BE3789" w:rsidRDefault="00BE3789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br w:type="page"/>
      </w:r>
    </w:p>
    <w:p w:rsidR="001867AB" w:rsidRPr="002810EE" w:rsidRDefault="001867AB" w:rsidP="00A91BE5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 xml:space="preserve">ส่วนที่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4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แบบสรุปผลการประเมินผลงานทางวิชาการ</w:t>
      </w:r>
    </w:p>
    <w:p w:rsidR="00A91BE5" w:rsidRPr="002810EE" w:rsidRDefault="00A91BE5" w:rsidP="00A91BE5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91BE5" w:rsidRPr="00BE3789" w:rsidRDefault="00A91BE5" w:rsidP="00BE3789">
      <w:pPr>
        <w:tabs>
          <w:tab w:val="left" w:pos="2160"/>
        </w:tabs>
        <w:spacing w:after="0" w:line="240" w:lineRule="auto"/>
        <w:ind w:left="2160" w:hanging="1440"/>
        <w:rPr>
          <w:rFonts w:ascii="TH Sarabun New" w:hAnsi="TH Sarabun New" w:cs="TH Sarabun New"/>
          <w:b/>
          <w:bCs/>
          <w:sz w:val="32"/>
          <w:szCs w:val="32"/>
        </w:rPr>
      </w:pPr>
      <w:r w:rsidRPr="00BE3789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ตอนที่ </w:t>
      </w:r>
      <w:r w:rsidR="005A5C7F" w:rsidRPr="00BE3789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1</w:t>
      </w:r>
      <w:r w:rsidRPr="00BE3789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การพิจารณาของคณะกรรมการผู้ทรงคุณวุฒิเพื่อทำหน้าที่ประเมินผลงาน</w:t>
      </w:r>
      <w:r w:rsidR="00BE3789" w:rsidRPr="00BE3789"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 xml:space="preserve">           </w:t>
      </w:r>
      <w:r w:rsidRPr="00BE3789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ทางวิชาการและจริยธรรมและจรรยาบรรณทางวิชาการ</w:t>
      </w:r>
    </w:p>
    <w:p w:rsidR="00A91BE5" w:rsidRPr="002810EE" w:rsidRDefault="00A91BE5" w:rsidP="00A91BE5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</w:p>
    <w:p w:rsidR="00A91BE5" w:rsidRPr="002810EE" w:rsidRDefault="00A91BE5" w:rsidP="00BE3789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คณะกรรมการผู้ทรงคุณวุฒิเพื่อทำหน้าที่ประเมินผลงานทางวิชาการและจริยธรรมและจรรยาบรรณทางวิชาการ ในสาขาวิชา................</w:t>
      </w:r>
      <w:r w:rsidR="00BE3789">
        <w:rPr>
          <w:rFonts w:ascii="TH Sarabun New" w:hAnsi="TH Sarabun New" w:cs="TH Sarabun New"/>
          <w:sz w:val="32"/>
          <w:szCs w:val="32"/>
          <w:cs/>
          <w:lang w:bidi="th-TH"/>
        </w:rPr>
        <w:t>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............................ในการประชุมครั้งที่........./.....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</w:p>
    <w:p w:rsidR="00A91BE5" w:rsidRPr="002810EE" w:rsidRDefault="00A91BE5" w:rsidP="00BE378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เมื่อวันที่.........</w:t>
      </w:r>
      <w:r w:rsidR="00BE3789">
        <w:rPr>
          <w:rFonts w:ascii="TH Sarabun New" w:hAnsi="TH Sarabun New" w:cs="TH Sarabun New"/>
          <w:sz w:val="32"/>
          <w:szCs w:val="32"/>
          <w:cs/>
          <w:lang w:bidi="th-TH"/>
        </w:rPr>
        <w:t>............รวม.....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.ครั้ง ประเมินผลงานทางวิชาการของ นาย/นาง/นางสาว.............</w:t>
      </w:r>
      <w:r w:rsidR="00BE3789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</w:p>
    <w:p w:rsidR="00A91BE5" w:rsidRPr="002810EE" w:rsidRDefault="00A91BE5" w:rsidP="00BE378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ซึ่งขอกำหนดตำแหน่งเป็น ...(ผู้ช่วยศาสตราจารย์ /รองศาสตราจารย์ /ศาสตราจารย์)....ในสาขาวิชา...............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..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แล้วเห็นว่า</w:t>
      </w:r>
    </w:p>
    <w:p w:rsidR="00A91BE5" w:rsidRPr="002810EE" w:rsidRDefault="005A5C7F" w:rsidP="00BE3789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 งานวิจัย............เรื่อง คุณภาพ..(อยู่/ไม่อยู่)..ในเกณฑ์ที่ ก.พ.อ. กำหนด.........เรื่อง ได้แก่</w:t>
      </w:r>
    </w:p>
    <w:p w:rsidR="00A91BE5" w:rsidRPr="002810EE" w:rsidRDefault="005A5C7F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).............................................................. คุณภาพอยู่ในระดับ...............</w:t>
      </w:r>
    </w:p>
    <w:p w:rsidR="00A91BE5" w:rsidRDefault="005A5C7F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).............................................................. คุณภาพอยู่ในระดับ...............</w:t>
      </w:r>
    </w:p>
    <w:p w:rsidR="00BE3789" w:rsidRPr="002810EE" w:rsidRDefault="00BE3789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:rsidR="00A91BE5" w:rsidRPr="002810EE" w:rsidRDefault="005A5C7F" w:rsidP="00BE3789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 ผลงานทางวิชาการในลักษณะอื่น (ผลงานวิชาการเพื่ออุตสาหกรรม/ ผลงานวิชาการ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เพื่อพัฒนาการเรียนการสอนและการเรียนรู้/ ผลงานวิชาการเพื่อพัฒนานโยบายสาธารณะ/ กรณีศึกษา</w:t>
      </w:r>
      <w:r w:rsidR="00BE3789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(</w:t>
      </w:r>
      <w:r w:rsidR="00A91BE5" w:rsidRPr="002810EE">
        <w:rPr>
          <w:rFonts w:ascii="TH Sarabun New" w:hAnsi="TH Sarabun New" w:cs="TH Sarabun New"/>
          <w:sz w:val="32"/>
          <w:szCs w:val="32"/>
        </w:rPr>
        <w:t xml:space="preserve">case study)/ 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งานแปล/ พจนานุกรม สารานุกรม นามานุกรม และงานวิชาการในลักษณะเดียวกัน/ ผลงานสร้างสรรค์ด้านวิทยาศาสตร์และเทคโนโลยี/ ผลงานสร้างสรรค์ด้านสุนทรียะ ศิลปะ/ สิทธิบัตร/ ซอฟต์แวร์/</w:t>
      </w:r>
      <w:r w:rsidR="000C7915"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ผลงานรับใช้ท้องถิ่น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และสังคม/ ผลงานนวัตกรรม) ............รายการ คุณภาพ..(อยู่/ไม่อยู่)..ในเกณฑ</w:t>
      </w:r>
      <w:r w:rsidR="000C7915" w:rsidRPr="002810EE">
        <w:rPr>
          <w:rFonts w:ascii="TH Sarabun New" w:hAnsi="TH Sarabun New" w:cs="TH Sarabun New"/>
          <w:sz w:val="32"/>
          <w:szCs w:val="32"/>
          <w:cs/>
          <w:lang w:bidi="th-TH"/>
        </w:rPr>
        <w:t>์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ที่</w:t>
      </w:r>
      <w:r w:rsidR="000C7915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ก.พ.อ. กำหนด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.........รายการ ได้แก่</w:t>
      </w:r>
    </w:p>
    <w:p w:rsidR="00A91BE5" w:rsidRPr="002810EE" w:rsidRDefault="005A5C7F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).............................................................. คุณภาพอยู่ในระดับ...............</w:t>
      </w:r>
    </w:p>
    <w:p w:rsidR="00A91BE5" w:rsidRDefault="005A5C7F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).............................................................. คุณภาพอยู่ในระดับ...............</w:t>
      </w:r>
    </w:p>
    <w:p w:rsidR="009D2768" w:rsidRPr="002810EE" w:rsidRDefault="009D2768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:rsidR="00A91BE5" w:rsidRPr="002810EE" w:rsidRDefault="005A5C7F" w:rsidP="00BE3789">
      <w:pPr>
        <w:spacing w:after="0" w:line="240" w:lineRule="auto"/>
        <w:ind w:left="72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 ต</w:t>
      </w:r>
      <w:r w:rsidR="000C7915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รา/หนังสือ............เล่ม คุณภาพ..(อยู่/ไม่อยู่)..ในเกณฑ์ที่</w:t>
      </w:r>
      <w:r w:rsidR="000C7915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ก.พ.อ. กำหนด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...เล่ม ได้แก่</w:t>
      </w:r>
    </w:p>
    <w:p w:rsidR="00A91BE5" w:rsidRPr="002810EE" w:rsidRDefault="005A5C7F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).............................................................. คุณภาพอยู่ในระดับ...............</w:t>
      </w:r>
    </w:p>
    <w:p w:rsidR="00A91BE5" w:rsidRDefault="005A5C7F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).............................................................. คุณภาพอยู่ในระดับ...............</w:t>
      </w:r>
    </w:p>
    <w:p w:rsidR="009D2768" w:rsidRPr="002810EE" w:rsidRDefault="009D2768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</w:p>
    <w:p w:rsidR="00A91BE5" w:rsidRPr="002810EE" w:rsidRDefault="005A5C7F" w:rsidP="00567963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 บทความทางวิชาการ............เรื่อง คุณภาพ..(อยู่/ไม่อยู่)..ในเกณฑ์ที่</w:t>
      </w:r>
      <w:r w:rsidR="000C7915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ก.พ.อ. กำหนด</w:t>
      </w:r>
      <w:r w:rsidR="00567963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........เรื่อง ได้แก่</w:t>
      </w:r>
    </w:p>
    <w:p w:rsidR="00A91BE5" w:rsidRPr="002810EE" w:rsidRDefault="005A5C7F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).............................................................. คุณภาพอยู่ในระดับ...............</w:t>
      </w:r>
    </w:p>
    <w:p w:rsidR="00A91BE5" w:rsidRPr="002810EE" w:rsidRDefault="005A5C7F" w:rsidP="00BE3789">
      <w:pPr>
        <w:spacing w:after="0" w:line="240" w:lineRule="auto"/>
        <w:ind w:left="1440" w:firstLine="72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4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A91BE5" w:rsidRPr="002810EE">
        <w:rPr>
          <w:rFonts w:ascii="TH Sarabun New" w:hAnsi="TH Sarabun New" w:cs="TH Sarabun New"/>
          <w:sz w:val="32"/>
          <w:szCs w:val="32"/>
          <w:cs/>
          <w:lang w:bidi="th-TH"/>
        </w:rPr>
        <w:t>).............................................................. คุณภาพอยู่ในระดับ...............</w:t>
      </w:r>
    </w:p>
    <w:p w:rsidR="009D2768" w:rsidRDefault="009D2768">
      <w:pPr>
        <w:rPr>
          <w:rFonts w:ascii="TH Sarabun New" w:hAnsi="TH Sarabun New" w:cs="TH Sarabun New"/>
          <w:sz w:val="32"/>
          <w:szCs w:val="32"/>
          <w:cs/>
          <w:lang w:bidi="th-TH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br w:type="page"/>
      </w:r>
    </w:p>
    <w:p w:rsidR="00567963" w:rsidRPr="002810EE" w:rsidRDefault="00567963" w:rsidP="00567963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lastRenderedPageBreak/>
        <w:t>ผลงานทางวิชาการทุกประเภท ให้เสนอโดยเขียนตามหลักของการเขียนเอกสารอ้างอิง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อันประกอบด้วยชื่อผู้แต่ง ปี พ.ศ. ชื่อเรื่อง แหล่งพิมพ์ จำนวนหน้า เป็นต้น และกรณีที่เผยแพร่ในวารสาร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ทางวิชาการให้ระบุว่าอยู่ในฐานข้อมูลใดตาม ประกาศ ก.พ.อ. โดยระบุบทบาทหน้าที่หรือสัดส่วนการมีส่วนร่วมของผลงานแต่ละประเภท ตามลักษณะการมีส่วนร่วมในผลงานทางวิชาการตามเอกสารแนบท้ายประกาศ ก.พ.อ.</w:t>
      </w:r>
    </w:p>
    <w:p w:rsidR="00567963" w:rsidRPr="002810EE" w:rsidRDefault="00567963" w:rsidP="00567963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567963" w:rsidRPr="002810EE" w:rsidRDefault="00567963" w:rsidP="00567963">
      <w:pPr>
        <w:spacing w:after="0" w:line="240" w:lineRule="auto"/>
        <w:ind w:firstLine="720"/>
        <w:jc w:val="thaiDistribute"/>
        <w:rPr>
          <w:rFonts w:ascii="TH Sarabun New" w:hAnsi="TH Sarabun New" w:cs="TH Sarabun New"/>
          <w:b/>
          <w:bCs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 xml:space="preserve">สรุปผลการประเมินผลงานทางวิชาการ (ประกอบด้วย: ผลงานมีเนื้อหาเกี่ยวกับเรื่องอะไร </w:t>
      </w:r>
      <w:r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 xml:space="preserve">       </w:t>
      </w:r>
      <w: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ผลที่ได้รับ</w:t>
      </w:r>
      <w:r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การนำไปใช้ประโยชน์ และแสดงให้เห็นถึงความเชี่ยวชาญอย่างไร</w:t>
      </w:r>
      <w:r>
        <w:rPr>
          <w:rFonts w:ascii="TH Sarabun New" w:hAnsi="TH Sarabun New" w:cs="TH Sarabun New" w:hint="cs"/>
          <w:b/>
          <w:bCs/>
          <w:sz w:val="32"/>
          <w:szCs w:val="32"/>
          <w:cs/>
          <w:lang w:bidi="th-TH"/>
        </w:rPr>
        <w:t>)</w:t>
      </w:r>
    </w:p>
    <w:p w:rsidR="004C2C7F" w:rsidRPr="002810EE" w:rsidRDefault="004C2C7F" w:rsidP="00BE378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BE378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</w:t>
      </w:r>
      <w:r w:rsidR="008F2B54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</w:t>
      </w:r>
    </w:p>
    <w:p w:rsidR="008F2B54" w:rsidRPr="002810EE" w:rsidRDefault="008F2B54" w:rsidP="00BE378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:rsidR="008F2B54" w:rsidRPr="002810EE" w:rsidRDefault="008F2B54" w:rsidP="00BE378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:rsidR="008F2B54" w:rsidRPr="002810EE" w:rsidRDefault="008F2B54" w:rsidP="00BE3789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..............................................................................................................................................................................</w:t>
      </w: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ลงชื่อ..........................................................</w:t>
      </w:r>
    </w:p>
    <w:p w:rsidR="004C2C7F" w:rsidRPr="002810EE" w:rsidRDefault="009D2768" w:rsidP="004C2C7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</w:t>
      </w:r>
      <w:r w:rsidR="004C2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(.................................................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="004C2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......)</w:t>
      </w:r>
    </w:p>
    <w:p w:rsidR="004C2C7F" w:rsidRPr="002810EE" w:rsidRDefault="004C2C7F" w:rsidP="009D2768">
      <w:pPr>
        <w:tabs>
          <w:tab w:val="left" w:pos="2880"/>
        </w:tabs>
        <w:spacing w:after="0" w:line="240" w:lineRule="auto"/>
        <w:ind w:left="2520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ตำแหน่ง </w:t>
      </w:r>
      <w:r w:rsidR="009D2768"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ประธานคณะกรรมการผู้ทรงคุณวุฒิ</w:t>
      </w:r>
    </w:p>
    <w:p w:rsidR="004C2C7F" w:rsidRPr="002810EE" w:rsidRDefault="009D2768" w:rsidP="009D2768">
      <w:pPr>
        <w:tabs>
          <w:tab w:val="left" w:pos="2880"/>
        </w:tabs>
        <w:spacing w:after="0" w:line="240" w:lineRule="auto"/>
        <w:ind w:left="25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4C2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เพื่อทำหน้าที่ประเมินผลงานทางวิชาการ</w:t>
      </w:r>
    </w:p>
    <w:p w:rsidR="004C2C7F" w:rsidRPr="002810EE" w:rsidRDefault="009D2768" w:rsidP="009D2768">
      <w:pPr>
        <w:tabs>
          <w:tab w:val="left" w:pos="2880"/>
        </w:tabs>
        <w:spacing w:after="0" w:line="240" w:lineRule="auto"/>
        <w:ind w:left="25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>
        <w:rPr>
          <w:rFonts w:ascii="TH Sarabun New" w:hAnsi="TH Sarabun New" w:cs="TH Sarabun New"/>
          <w:sz w:val="32"/>
          <w:szCs w:val="32"/>
          <w:cs/>
          <w:lang w:bidi="th-TH"/>
        </w:rPr>
        <w:tab/>
      </w:r>
      <w:r w:rsidR="004C2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และจริยธรรมและจรรยาบรรณทางวิชาการ</w:t>
      </w:r>
    </w:p>
    <w:p w:rsidR="004C2C7F" w:rsidRPr="002810EE" w:rsidRDefault="004C2C7F" w:rsidP="004C2C7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วันที่......เดือน.......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.......</w:t>
      </w:r>
      <w:r w:rsidR="009D2768">
        <w:rPr>
          <w:rFonts w:ascii="TH Sarabun New" w:hAnsi="TH Sarabun New" w:cs="TH Sarabun New"/>
          <w:sz w:val="32"/>
          <w:szCs w:val="32"/>
          <w:cs/>
          <w:lang w:bidi="th-TH"/>
        </w:rPr>
        <w:t>............พ.ศ.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</w:p>
    <w:p w:rsidR="004C2C7F" w:rsidRPr="002810EE" w:rsidRDefault="004C2C7F" w:rsidP="004C2C7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9D2768" w:rsidRDefault="009D2768">
      <w:pPr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br w:type="page"/>
      </w:r>
    </w:p>
    <w:p w:rsidR="00DE2A11" w:rsidRPr="009D2768" w:rsidRDefault="00DE2A11" w:rsidP="009D276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9D2768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 xml:space="preserve">ตอนที่ </w:t>
      </w:r>
      <w:r w:rsidR="005A5C7F" w:rsidRPr="009D2768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2</w:t>
      </w:r>
      <w:r w:rsidRPr="009D2768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  <w:t>การพิจารณาของคณะกรรมการพิจารณาตำแหน่งทางวิชาการ</w:t>
      </w:r>
    </w:p>
    <w:p w:rsidR="00DE2A11" w:rsidRPr="002810EE" w:rsidRDefault="00DE2A11" w:rsidP="00DE2A11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567963" w:rsidP="009D2768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คณะกรรมการพิจารณาตำแหน่งทางวิชาการ..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.(มหาวิทยาลัย/สถาบัน)..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..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ในการประชุมครั้งที่.............เมื่อวันที่......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....................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..............พิจารณาผลการประเมินผลงานทางวิชาการของนาย/นาง/นางสาว..................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 ตามที่คณะกรรมการผู้ทรงคุณวุฒิเพื่อทำหน้าที่ประเมินผลงาน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ทางวิชาการและจริยธรรมและจรรยาบรรณทางวิชาการเสนอ แล้วเห็นว่า..(งานวิจัย/ผลงานทางวิชาการ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ในลักษณะอื่น/ตำรา/หนังสือ/บทความทางวิชาการ).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.คุณภาพ.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..(อยู่/ ไม่อยู่)..ในเกณฑ์ที่ ก.พ.อ. กำหนด 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และเป็นผู้มีจริยธรรมและจรรยาบรรณทางวิชาการตามเกณฑ์ที่ ก.พ.อ. กำหนด</w:t>
      </w:r>
      <w:bookmarkStart w:id="0" w:name="_GoBack"/>
      <w:bookmarkEnd w:id="0"/>
    </w:p>
    <w:p w:rsidR="00DE2A11" w:rsidRPr="002810EE" w:rsidRDefault="00DE2A11" w:rsidP="009D2768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9D2768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จึงเห็น...(สมควร/ไม่สมควร)...ให้กำหนดตำแหน่ง นาย/นาง/นางสาว............</w:t>
      </w:r>
      <w:r w:rsidR="00F67D01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</w:t>
      </w:r>
      <w:r w:rsidR="009D2768">
        <w:rPr>
          <w:rFonts w:ascii="TH Sarabun New" w:hAnsi="TH Sarabun New" w:cs="TH Sarabun New"/>
          <w:sz w:val="32"/>
          <w:szCs w:val="32"/>
          <w:cs/>
          <w:lang w:bidi="th-TH"/>
        </w:rPr>
        <w:t>....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.เป็นตำแหน่ง..........(ผู้ช่วยศาสตราจารย์/รองศาสตราจารย์/ศาสตราจารย์)... ในสาขาวิชา.......................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.....ได้ตั้งแต่วันที่.........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......................ซึ่งเป็นวันที่สภาสถาบัน...(ได้รับ</w:t>
      </w:r>
      <w:r w:rsidR="009D2768">
        <w:rPr>
          <w:rFonts w:ascii="TH Sarabun New" w:hAnsi="TH Sarabun New" w:cs="TH Sarabun New"/>
          <w:sz w:val="32"/>
          <w:szCs w:val="32"/>
          <w:cs/>
          <w:lang w:bidi="th-TH"/>
        </w:rPr>
        <w:t>เรื่อง/ ได้รับผลงานฉบับปรับปร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ุง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สมบูรณ์/ ได้รับผลงานฉบับตีพิมพ์เผยแพร่/ อื่น</w:t>
      </w:r>
      <w:r w:rsidR="00682551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ๆ ระบุ....) และให้นำเสนอที่ประชุมสภาสถาบันอุดมศึกษาพิจารณาให้ความเห็นชอบต่อไป</w:t>
      </w:r>
    </w:p>
    <w:p w:rsidR="00DE2A11" w:rsidRPr="002810EE" w:rsidRDefault="00DE2A11" w:rsidP="009D2768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DE2A11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DE2A1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ลงชื่อ................................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</w:t>
      </w:r>
    </w:p>
    <w:p w:rsidR="00DE2A11" w:rsidRPr="002810EE" w:rsidRDefault="009D2768" w:rsidP="00DE2A1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(..........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.............)</w:t>
      </w:r>
    </w:p>
    <w:p w:rsidR="00DE2A11" w:rsidRPr="002810EE" w:rsidRDefault="00DE2A11" w:rsidP="00DE2A1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ตำแหน่ง ประธาน/ เลขานุการคณะกรรมการพิจารณาตำแหน่งทางวิชาการ</w:t>
      </w:r>
    </w:p>
    <w:p w:rsidR="004C2C7F" w:rsidRPr="002810EE" w:rsidRDefault="00DE2A11" w:rsidP="00DE2A11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วันที่..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....เดือน..........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.......</w:t>
      </w:r>
      <w:r w:rsidR="009D2768">
        <w:rPr>
          <w:rFonts w:ascii="TH Sarabun New" w:hAnsi="TH Sarabun New" w:cs="TH Sarabun New"/>
          <w:sz w:val="32"/>
          <w:szCs w:val="32"/>
          <w:cs/>
          <w:lang w:bidi="th-TH"/>
        </w:rPr>
        <w:t>.........พ.ศ.</w:t>
      </w:r>
      <w:r w:rsidR="009D2768"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</w:t>
      </w: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4C2C7F" w:rsidRPr="002810EE" w:rsidRDefault="004C2C7F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8E3204" w:rsidRPr="002810EE" w:rsidRDefault="008E3204" w:rsidP="004C2C7F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9D2768" w:rsidRDefault="009D2768">
      <w:pPr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/>
          <w:sz w:val="32"/>
          <w:szCs w:val="32"/>
          <w:lang w:bidi="th-TH"/>
        </w:rPr>
        <w:br w:type="page"/>
      </w:r>
    </w:p>
    <w:p w:rsidR="00DE2A11" w:rsidRPr="002810EE" w:rsidRDefault="00DE2A11" w:rsidP="00DE2A1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lastRenderedPageBreak/>
        <w:t xml:space="preserve">ส่วนที่ </w:t>
      </w:r>
      <w:r w:rsidR="005A5C7F"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5</w:t>
      </w:r>
      <w:r w:rsidR="009D2768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ab/>
      </w:r>
      <w:r w:rsidRPr="002810EE"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  <w:t>มติสภาสถาบันอุดมศึกษา</w:t>
      </w:r>
    </w:p>
    <w:p w:rsidR="00AC1EBB" w:rsidRPr="002810EE" w:rsidRDefault="00AC1EBB" w:rsidP="00DE2A11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577B70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สภามหาวิทยาลัย/สถาบัน.........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..................... </w:t>
      </w:r>
      <w:r w:rsidR="00AC1EBB"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ในการประชุมครั้ง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ที่...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./....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..... 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เมื่อวันที่...</w:t>
      </w:r>
      <w:r w:rsidR="008E3204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เดือน..........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..</w:t>
      </w:r>
      <w:r w:rsidR="00577B70">
        <w:rPr>
          <w:rFonts w:ascii="TH Sarabun New" w:hAnsi="TH Sarabun New" w:cs="TH Sarabun New"/>
          <w:sz w:val="32"/>
          <w:szCs w:val="32"/>
          <w:cs/>
          <w:lang w:bidi="th-TH"/>
        </w:rPr>
        <w:t>.............พ.ศ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.........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....พิจารณาแล้วมีมติ...... (อนุมัติ/ไม่อนุมัติ)....</w:t>
      </w:r>
    </w:p>
    <w:p w:rsidR="00DE2A11" w:rsidRPr="002810EE" w:rsidRDefault="005A5C7F" w:rsidP="00577B70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1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. </w:t>
      </w:r>
      <w:r w:rsidR="00AC1EBB"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ให้แต่งตั้ง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นาย/นาง/นางสาว...............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.....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.................ให้ด</w:t>
      </w:r>
      <w:r w:rsidR="00AC1EBB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รงต</w:t>
      </w:r>
      <w:r w:rsidR="00AC1EBB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 (ผู้ช่วยศาสตราจารย์/รองศาสตราจารย์/</w:t>
      </w:r>
      <w:r w:rsidR="00AC1EBB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ศาสตราจารย์)</w:t>
      </w:r>
      <w:r w:rsidR="00AC1EBB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ในสาขาวิชา.............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.....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........................ </w:t>
      </w:r>
      <w:r w:rsidR="00AC1EBB" w:rsidRPr="002810EE">
        <w:rPr>
          <w:rFonts w:ascii="TH Sarabun New" w:hAnsi="TH Sarabun New" w:cs="TH Sarabun New"/>
          <w:sz w:val="32"/>
          <w:szCs w:val="32"/>
          <w:cs/>
          <w:lang w:bidi="th-TH"/>
        </w:rPr>
        <w:t>ได้ตั้ง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แต่วันที</w:t>
      </w:r>
      <w:r w:rsidR="00577B70">
        <w:rPr>
          <w:rFonts w:ascii="TH Sarabun New" w:hAnsi="TH Sarabun New" w:cs="TH Sarabun New"/>
          <w:sz w:val="32"/>
          <w:szCs w:val="32"/>
          <w:cs/>
          <w:lang w:bidi="th-TH"/>
        </w:rPr>
        <w:t>่........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.....</w:t>
      </w:r>
      <w:r w:rsidR="00577B70">
        <w:rPr>
          <w:rFonts w:ascii="TH Sarabun New" w:hAnsi="TH Sarabun New" w:cs="TH Sarabun New"/>
          <w:sz w:val="32"/>
          <w:szCs w:val="32"/>
          <w:cs/>
          <w:lang w:bidi="th-TH"/>
        </w:rPr>
        <w:t>.............. ซึ่งเป็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น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วันที่สภาสถาบัน......(ได้รับเรื่อง/ ได้รับผลงานฉบับปรับปรุงสมบูรณ์/ ได้รับผลงานฉบับตีพิมพ์เผยแพร่/ อื่น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ๆ ระบุ....)</w:t>
      </w:r>
    </w:p>
    <w:p w:rsidR="00DE2A11" w:rsidRPr="002810EE" w:rsidRDefault="005A5C7F" w:rsidP="00577B70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2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. 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>สำ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หรับต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แหน่งผู้ช่วยศาสตราจารย์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และ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รองศาสตราจารย์ ให้แจ้งให้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ก.พ.อ. 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ทราบภายในสามสิบวันนับแต่วันที่สภาสถาบันมีมติ พร้อมส่งส</w:t>
      </w:r>
      <w:r w:rsidR="008E3204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เนาค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ำสั่ง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แต่งตั้งคณะกรรมการผู้ทรงคุณวุฒิเพื่อท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หน้าที่ประเมินผลงานทางวิชาการและจริยธรรมและจรรยาบรรณทางวิชาการ แบบค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ขอ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(แบบ ก.พ.อ. </w:t>
      </w:r>
      <w:r w:rsidR="00EF4251">
        <w:rPr>
          <w:rFonts w:ascii="TH Sarabun New" w:hAnsi="TH Sarabun New" w:cs="TH Sarabun New"/>
          <w:sz w:val="32"/>
          <w:szCs w:val="32"/>
          <w:cs/>
          <w:lang w:bidi="th-TH"/>
        </w:rPr>
        <w:t>0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>)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ผลงานทางวิชาการ ส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เนารายงานการประชุมคณะกรรมการพิจารณาต</w:t>
      </w:r>
      <w:r w:rsidR="0075173D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แหน่งทางวิชาการ ส</w:t>
      </w:r>
      <w:r w:rsidR="000B59D0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เนารายงานการประชุมสภาสถาบันอุดมศึกษา พร้อมเอกสารหลักฐานประกอบการพิจารณาก</w:t>
      </w:r>
      <w:r w:rsidR="000B59D0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หนดต</w:t>
      </w:r>
      <w:r w:rsidR="000B59D0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แหน่งทางวิชาการตามที่</w:t>
      </w:r>
      <w:r w:rsidR="000B59D0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ก.พ.อ. 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ก</w:t>
      </w:r>
      <w:r w:rsidR="000B59D0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หนด</w:t>
      </w:r>
    </w:p>
    <w:p w:rsidR="00DE2A11" w:rsidRPr="002810EE" w:rsidRDefault="00DE2A11" w:rsidP="00577B70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ส</w:t>
      </w:r>
      <w:r w:rsidR="000B59D0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หรับต</w:t>
      </w:r>
      <w:r w:rsidR="000B59D0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แหน่งศาสตราจารย์ ให้เสนอ</w:t>
      </w:r>
      <w:r w:rsidR="000B59D0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ก.พ.อ.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ให้ความเห็นเพื่อเสนอรัฐมนตรี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         เพื่อนำเสนอ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นายกรัฐมนตรีน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ความกราบบังคมทูลเพื่อทรงพระกรุณาโปรดเกล้าฯ แต่งตั้ง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                                                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นาย/นาง/นางสาว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>....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 ให้ด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รงต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แหน่งศาสตราจารย์ในสาขาวิชา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</w:t>
      </w:r>
      <w:r w:rsidR="00577B70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ได้ตั้ง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แต่วันที่.................................... ซึ่งเป็นวันที่สภาสถาบัน...(ได้รับเรื่อง/ ได้รับผลงานฉบับปรับปรุงสมบูรณ์/ ได้รับผลงานฉบับตีพิมพ์เผยแพร่/ อื่น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ๆ ระบุ....) พร้อมส่งส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เนาค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ำสั่ง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แต่งตั้งคณะกรรมการผู้ทรงคุณวุฒิ</w:t>
      </w:r>
      <w:r w:rsidR="00577B70"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เพื่อ        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ท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หน้าที่ประเมินผลงานทางวิชาการและจริยธรรมและจรรยาบรรณทางวิชาการ แบบค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ขอ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(แบบ ก.พ.อ. </w:t>
      </w:r>
      <w:r w:rsidR="00EF4251">
        <w:rPr>
          <w:rFonts w:ascii="TH Sarabun New" w:hAnsi="TH Sarabun New" w:cs="TH Sarabun New"/>
          <w:sz w:val="32"/>
          <w:szCs w:val="32"/>
          <w:cs/>
          <w:lang w:bidi="th-TH"/>
        </w:rPr>
        <w:t>0</w:t>
      </w:r>
      <w:r w:rsidR="005A5C7F" w:rsidRPr="002810EE">
        <w:rPr>
          <w:rFonts w:ascii="TH Sarabun New" w:hAnsi="TH Sarabun New" w:cs="TH Sarabun New"/>
          <w:sz w:val="32"/>
          <w:szCs w:val="32"/>
          <w:cs/>
          <w:lang w:bidi="th-TH"/>
        </w:rPr>
        <w:t>3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)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ผลงานทางวิชาการ ส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เนารายงานการประชุมคณะกรรมการพิจารณาต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แหน่งทางวิชาการ ส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เนารายงานการประชุมสภาสถาบันอุดมศึกษา พร้อมเอกสารหลักฐานประกอบการพิจารณาก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หนดต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แหน่งทางวิชาการตามที่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 xml:space="preserve"> ก.พ.อ. 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ก</w:t>
      </w:r>
      <w:r w:rsidR="0093290C" w:rsidRPr="002810EE">
        <w:rPr>
          <w:rFonts w:ascii="TH Sarabun New" w:hAnsi="TH Sarabun New" w:cs="TH Sarabun New"/>
          <w:sz w:val="32"/>
          <w:szCs w:val="32"/>
          <w:cs/>
          <w:lang w:bidi="th-TH"/>
        </w:rPr>
        <w:t>ำ</w:t>
      </w: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หนด</w:t>
      </w:r>
    </w:p>
    <w:p w:rsidR="0093290C" w:rsidRPr="002810EE" w:rsidRDefault="0093290C" w:rsidP="00577B70">
      <w:pPr>
        <w:spacing w:after="0" w:line="240" w:lineRule="auto"/>
        <w:ind w:firstLine="1440"/>
        <w:jc w:val="thaiDistribute"/>
        <w:rPr>
          <w:rFonts w:ascii="TH Sarabun New" w:hAnsi="TH Sarabun New" w:cs="TH Sarabun New"/>
          <w:sz w:val="32"/>
          <w:szCs w:val="32"/>
          <w:lang w:bidi="th-TH"/>
        </w:rPr>
      </w:pPr>
    </w:p>
    <w:p w:rsidR="0093290C" w:rsidRPr="002810EE" w:rsidRDefault="0093290C" w:rsidP="00DE2A11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DE2A11" w:rsidRPr="002810EE" w:rsidRDefault="00DE2A11" w:rsidP="0093290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ลงชื่อ.........................................................</w:t>
      </w:r>
    </w:p>
    <w:p w:rsidR="00DE2A11" w:rsidRPr="002810EE" w:rsidRDefault="00577B70" w:rsidP="0093290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 xml:space="preserve">      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(.....................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.................................)</w:t>
      </w:r>
    </w:p>
    <w:p w:rsidR="00DE2A11" w:rsidRPr="002810EE" w:rsidRDefault="0093290C" w:rsidP="0093290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810EE">
        <w:rPr>
          <w:rFonts w:ascii="TH Sarabun New" w:hAnsi="TH Sarabun New" w:cs="TH Sarabun New"/>
          <w:sz w:val="32"/>
          <w:szCs w:val="32"/>
          <w:cs/>
          <w:lang w:bidi="th-TH"/>
        </w:rPr>
        <w:t>ตำ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แหน่ง นายกสภาสถาบัน/เลขานุการสภาสถาบัน</w:t>
      </w:r>
    </w:p>
    <w:p w:rsidR="00DE2A11" w:rsidRPr="002810EE" w:rsidRDefault="00577B70" w:rsidP="0093290C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bidi="th-TH"/>
        </w:rPr>
      </w:pP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วันที่...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......เดือน.........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......</w:t>
      </w:r>
      <w:r>
        <w:rPr>
          <w:rFonts w:ascii="TH Sarabun New" w:hAnsi="TH Sarabun New" w:cs="TH Sarabun New"/>
          <w:sz w:val="32"/>
          <w:szCs w:val="32"/>
          <w:cs/>
          <w:lang w:bidi="th-TH"/>
        </w:rPr>
        <w:t>..........พ.ศ.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</w:t>
      </w:r>
      <w:r>
        <w:rPr>
          <w:rFonts w:ascii="TH Sarabun New" w:hAnsi="TH Sarabun New" w:cs="TH Sarabun New" w:hint="cs"/>
          <w:sz w:val="32"/>
          <w:szCs w:val="32"/>
          <w:cs/>
          <w:lang w:bidi="th-TH"/>
        </w:rPr>
        <w:t>.....</w:t>
      </w:r>
      <w:r w:rsidR="00DE2A11" w:rsidRPr="002810EE">
        <w:rPr>
          <w:rFonts w:ascii="TH Sarabun New" w:hAnsi="TH Sarabun New" w:cs="TH Sarabun New"/>
          <w:sz w:val="32"/>
          <w:szCs w:val="32"/>
          <w:cs/>
          <w:lang w:bidi="th-TH"/>
        </w:rPr>
        <w:t>......</w:t>
      </w:r>
    </w:p>
    <w:p w:rsidR="0093290C" w:rsidRPr="002810EE" w:rsidRDefault="0093290C" w:rsidP="0093290C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93290C" w:rsidRPr="002810EE" w:rsidRDefault="0093290C" w:rsidP="0093290C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93290C" w:rsidRPr="002810EE" w:rsidRDefault="0093290C" w:rsidP="0093290C">
      <w:pPr>
        <w:spacing w:after="0" w:line="240" w:lineRule="auto"/>
        <w:rPr>
          <w:rFonts w:ascii="TH Sarabun New" w:hAnsi="TH Sarabun New" w:cs="TH Sarabun New"/>
          <w:sz w:val="32"/>
          <w:szCs w:val="32"/>
          <w:lang w:bidi="th-TH"/>
        </w:rPr>
      </w:pPr>
    </w:p>
    <w:p w:rsidR="00577B70" w:rsidRDefault="00577B70">
      <w:pPr>
        <w:rPr>
          <w:rFonts w:ascii="TH Sarabun New" w:hAnsi="TH Sarabun New" w:cs="TH Sarabun New"/>
          <w:b/>
          <w:bCs/>
          <w:sz w:val="32"/>
          <w:szCs w:val="32"/>
          <w:cs/>
          <w:lang w:bidi="th-TH"/>
        </w:rPr>
      </w:pPr>
    </w:p>
    <w:sectPr w:rsidR="00577B70" w:rsidSect="007A7F9D">
      <w:headerReference w:type="default" r:id="rId8"/>
      <w:pgSz w:w="11909" w:h="16834" w:code="9"/>
      <w:pgMar w:top="1008" w:right="1440" w:bottom="720" w:left="1440" w:header="720" w:footer="144" w:gutter="0"/>
      <w:pgNumType w:fmt="thaiNumbers" w:start="3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7FB" w:rsidRDefault="00BC57FB" w:rsidP="0067328E">
      <w:pPr>
        <w:spacing w:after="0" w:line="240" w:lineRule="auto"/>
      </w:pPr>
      <w:r>
        <w:separator/>
      </w:r>
    </w:p>
  </w:endnote>
  <w:endnote w:type="continuationSeparator" w:id="0">
    <w:p w:rsidR="00BC57FB" w:rsidRDefault="00BC57FB" w:rsidP="00673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7FB" w:rsidRDefault="00BC57FB" w:rsidP="0067328E">
      <w:pPr>
        <w:spacing w:after="0" w:line="240" w:lineRule="auto"/>
      </w:pPr>
      <w:r>
        <w:separator/>
      </w:r>
    </w:p>
  </w:footnote>
  <w:footnote w:type="continuationSeparator" w:id="0">
    <w:p w:rsidR="00BC57FB" w:rsidRDefault="00BC57FB" w:rsidP="006732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D8A" w:rsidRDefault="00FA6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F4AB4"/>
    <w:multiLevelType w:val="hybridMultilevel"/>
    <w:tmpl w:val="2B8C2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9435A0"/>
    <w:multiLevelType w:val="hybridMultilevel"/>
    <w:tmpl w:val="003A00EE"/>
    <w:lvl w:ilvl="0" w:tplc="04CA2EC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077540"/>
    <w:multiLevelType w:val="hybridMultilevel"/>
    <w:tmpl w:val="9DB822E6"/>
    <w:lvl w:ilvl="0" w:tplc="BCCA01DC">
      <w:start w:val="4"/>
      <w:numFmt w:val="bullet"/>
      <w:lvlText w:val=""/>
      <w:lvlJc w:val="left"/>
      <w:pPr>
        <w:ind w:left="2520" w:hanging="360"/>
      </w:pPr>
      <w:rPr>
        <w:rFonts w:ascii="Wingdings" w:eastAsiaTheme="minorEastAsia" w:hAnsi="Wingdings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19A80289"/>
    <w:multiLevelType w:val="hybridMultilevel"/>
    <w:tmpl w:val="EE2CD0FE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A1F59CE"/>
    <w:multiLevelType w:val="hybridMultilevel"/>
    <w:tmpl w:val="0C58092A"/>
    <w:lvl w:ilvl="0" w:tplc="0A94455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E611C2A"/>
    <w:multiLevelType w:val="hybridMultilevel"/>
    <w:tmpl w:val="47B8E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410DF3"/>
    <w:multiLevelType w:val="hybridMultilevel"/>
    <w:tmpl w:val="0F30E022"/>
    <w:lvl w:ilvl="0" w:tplc="04C43FBA">
      <w:numFmt w:val="bullet"/>
      <w:lvlText w:val=""/>
      <w:lvlJc w:val="left"/>
      <w:pPr>
        <w:ind w:left="3960" w:hanging="360"/>
      </w:pPr>
      <w:rPr>
        <w:rFonts w:ascii="Wingdings" w:eastAsiaTheme="minorEastAsia" w:hAnsi="Wingdings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3" w15:restartNumberingAfterBreak="0">
    <w:nsid w:val="2AC621B1"/>
    <w:multiLevelType w:val="hybridMultilevel"/>
    <w:tmpl w:val="F446D6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62984"/>
    <w:multiLevelType w:val="multilevel"/>
    <w:tmpl w:val="FA66D514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  <w:lang w:val="en-US"/>
      </w:rPr>
    </w:lvl>
    <w:lvl w:ilvl="1">
      <w:start w:val="5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15" w15:restartNumberingAfterBreak="0">
    <w:nsid w:val="3C857313"/>
    <w:multiLevelType w:val="hybridMultilevel"/>
    <w:tmpl w:val="5CD238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F31FB4"/>
    <w:multiLevelType w:val="hybridMultilevel"/>
    <w:tmpl w:val="67D8387A"/>
    <w:lvl w:ilvl="0" w:tplc="04CA2EC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06039"/>
    <w:multiLevelType w:val="hybridMultilevel"/>
    <w:tmpl w:val="D99A8D1E"/>
    <w:lvl w:ilvl="0" w:tplc="040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1"/>
  </w:num>
  <w:num w:numId="8">
    <w:abstractNumId w:val="13"/>
  </w:num>
  <w:num w:numId="9">
    <w:abstractNumId w:val="8"/>
  </w:num>
  <w:num w:numId="10">
    <w:abstractNumId w:val="6"/>
  </w:num>
  <w:num w:numId="11">
    <w:abstractNumId w:val="16"/>
  </w:num>
  <w:num w:numId="12">
    <w:abstractNumId w:val="9"/>
  </w:num>
  <w:num w:numId="13">
    <w:abstractNumId w:val="15"/>
  </w:num>
  <w:num w:numId="14">
    <w:abstractNumId w:val="7"/>
  </w:num>
  <w:num w:numId="15">
    <w:abstractNumId w:val="17"/>
  </w:num>
  <w:num w:numId="16">
    <w:abstractNumId w:val="14"/>
  </w:num>
  <w:num w:numId="17">
    <w:abstractNumId w:val="12"/>
  </w:num>
  <w:num w:numId="18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1AB8"/>
    <w:rsid w:val="00004941"/>
    <w:rsid w:val="000079BA"/>
    <w:rsid w:val="00014D9F"/>
    <w:rsid w:val="00020370"/>
    <w:rsid w:val="00023D19"/>
    <w:rsid w:val="00024416"/>
    <w:rsid w:val="00025A83"/>
    <w:rsid w:val="00034616"/>
    <w:rsid w:val="00045FE1"/>
    <w:rsid w:val="0006063C"/>
    <w:rsid w:val="00065530"/>
    <w:rsid w:val="00081114"/>
    <w:rsid w:val="00084282"/>
    <w:rsid w:val="00084B11"/>
    <w:rsid w:val="00085CE2"/>
    <w:rsid w:val="000865C2"/>
    <w:rsid w:val="000875EB"/>
    <w:rsid w:val="00091A56"/>
    <w:rsid w:val="00092055"/>
    <w:rsid w:val="000944F6"/>
    <w:rsid w:val="000A5CAB"/>
    <w:rsid w:val="000A6A79"/>
    <w:rsid w:val="000B3F98"/>
    <w:rsid w:val="000B59D0"/>
    <w:rsid w:val="000C4A73"/>
    <w:rsid w:val="000C737C"/>
    <w:rsid w:val="000C7915"/>
    <w:rsid w:val="000D0052"/>
    <w:rsid w:val="000D13F0"/>
    <w:rsid w:val="000D34F4"/>
    <w:rsid w:val="000E26ED"/>
    <w:rsid w:val="00116661"/>
    <w:rsid w:val="00122644"/>
    <w:rsid w:val="00125EA8"/>
    <w:rsid w:val="00132B9E"/>
    <w:rsid w:val="0015074B"/>
    <w:rsid w:val="00152615"/>
    <w:rsid w:val="00157F89"/>
    <w:rsid w:val="00165555"/>
    <w:rsid w:val="00170DEC"/>
    <w:rsid w:val="00173891"/>
    <w:rsid w:val="00177684"/>
    <w:rsid w:val="00181608"/>
    <w:rsid w:val="001867AB"/>
    <w:rsid w:val="00197638"/>
    <w:rsid w:val="001A0779"/>
    <w:rsid w:val="001B1D57"/>
    <w:rsid w:val="001B2DA7"/>
    <w:rsid w:val="001B476E"/>
    <w:rsid w:val="001B4DED"/>
    <w:rsid w:val="001B678C"/>
    <w:rsid w:val="001C17AA"/>
    <w:rsid w:val="001C2C10"/>
    <w:rsid w:val="001C4E4F"/>
    <w:rsid w:val="001C5FBB"/>
    <w:rsid w:val="001C7187"/>
    <w:rsid w:val="001C79A6"/>
    <w:rsid w:val="001D3EEE"/>
    <w:rsid w:val="001D4C8F"/>
    <w:rsid w:val="001E0C81"/>
    <w:rsid w:val="001E494E"/>
    <w:rsid w:val="001E5F06"/>
    <w:rsid w:val="001E734B"/>
    <w:rsid w:val="001E7F11"/>
    <w:rsid w:val="002012F0"/>
    <w:rsid w:val="00206CE2"/>
    <w:rsid w:val="00212C51"/>
    <w:rsid w:val="00212E65"/>
    <w:rsid w:val="0021658B"/>
    <w:rsid w:val="0021699D"/>
    <w:rsid w:val="00225A54"/>
    <w:rsid w:val="00231192"/>
    <w:rsid w:val="00236B34"/>
    <w:rsid w:val="00236B4B"/>
    <w:rsid w:val="00237261"/>
    <w:rsid w:val="00241B97"/>
    <w:rsid w:val="00245C45"/>
    <w:rsid w:val="00250039"/>
    <w:rsid w:val="00256B20"/>
    <w:rsid w:val="0026401D"/>
    <w:rsid w:val="00265B53"/>
    <w:rsid w:val="002766A5"/>
    <w:rsid w:val="002810EE"/>
    <w:rsid w:val="00283069"/>
    <w:rsid w:val="00283423"/>
    <w:rsid w:val="0029639D"/>
    <w:rsid w:val="002A53A5"/>
    <w:rsid w:val="002A73D6"/>
    <w:rsid w:val="002A7951"/>
    <w:rsid w:val="002B1007"/>
    <w:rsid w:val="002B256B"/>
    <w:rsid w:val="002B4E27"/>
    <w:rsid w:val="002C1A64"/>
    <w:rsid w:val="002C33B4"/>
    <w:rsid w:val="002D114B"/>
    <w:rsid w:val="002D4C44"/>
    <w:rsid w:val="002D55EC"/>
    <w:rsid w:val="002E0F56"/>
    <w:rsid w:val="002E4317"/>
    <w:rsid w:val="002E7683"/>
    <w:rsid w:val="002F0B60"/>
    <w:rsid w:val="002F4C84"/>
    <w:rsid w:val="003036A3"/>
    <w:rsid w:val="00304D45"/>
    <w:rsid w:val="00320DD3"/>
    <w:rsid w:val="003249E2"/>
    <w:rsid w:val="00326F90"/>
    <w:rsid w:val="00345506"/>
    <w:rsid w:val="00351A63"/>
    <w:rsid w:val="00351AF3"/>
    <w:rsid w:val="00361E86"/>
    <w:rsid w:val="00371EC4"/>
    <w:rsid w:val="00375B31"/>
    <w:rsid w:val="00380F14"/>
    <w:rsid w:val="00391DEE"/>
    <w:rsid w:val="00396DE4"/>
    <w:rsid w:val="0039799C"/>
    <w:rsid w:val="003A02EE"/>
    <w:rsid w:val="003A133B"/>
    <w:rsid w:val="003B2F9E"/>
    <w:rsid w:val="003B5886"/>
    <w:rsid w:val="003C30E7"/>
    <w:rsid w:val="003C658C"/>
    <w:rsid w:val="003C668C"/>
    <w:rsid w:val="003D38F2"/>
    <w:rsid w:val="003E4A9E"/>
    <w:rsid w:val="003E6042"/>
    <w:rsid w:val="003F4EFB"/>
    <w:rsid w:val="004051B6"/>
    <w:rsid w:val="00413C32"/>
    <w:rsid w:val="004214F6"/>
    <w:rsid w:val="00435D69"/>
    <w:rsid w:val="00440E88"/>
    <w:rsid w:val="0044310C"/>
    <w:rsid w:val="00444DD1"/>
    <w:rsid w:val="004472FA"/>
    <w:rsid w:val="00447E87"/>
    <w:rsid w:val="004608B5"/>
    <w:rsid w:val="00462C37"/>
    <w:rsid w:val="00472021"/>
    <w:rsid w:val="0047480A"/>
    <w:rsid w:val="00481E63"/>
    <w:rsid w:val="00482BA9"/>
    <w:rsid w:val="0048398A"/>
    <w:rsid w:val="004967F7"/>
    <w:rsid w:val="004A1A0E"/>
    <w:rsid w:val="004A48A6"/>
    <w:rsid w:val="004A543A"/>
    <w:rsid w:val="004A5792"/>
    <w:rsid w:val="004A78CB"/>
    <w:rsid w:val="004B0A51"/>
    <w:rsid w:val="004C2C7F"/>
    <w:rsid w:val="004C584A"/>
    <w:rsid w:val="004D4B3B"/>
    <w:rsid w:val="004D5B00"/>
    <w:rsid w:val="004E1DB1"/>
    <w:rsid w:val="004E7035"/>
    <w:rsid w:val="004F4F28"/>
    <w:rsid w:val="004F59E3"/>
    <w:rsid w:val="004F5D62"/>
    <w:rsid w:val="0050402D"/>
    <w:rsid w:val="00504556"/>
    <w:rsid w:val="0051303E"/>
    <w:rsid w:val="005138EB"/>
    <w:rsid w:val="005218C0"/>
    <w:rsid w:val="00523CDA"/>
    <w:rsid w:val="00526C83"/>
    <w:rsid w:val="00535518"/>
    <w:rsid w:val="00537687"/>
    <w:rsid w:val="0054237F"/>
    <w:rsid w:val="0054393B"/>
    <w:rsid w:val="00544935"/>
    <w:rsid w:val="005450EF"/>
    <w:rsid w:val="00553758"/>
    <w:rsid w:val="00556848"/>
    <w:rsid w:val="00564A6C"/>
    <w:rsid w:val="0056713D"/>
    <w:rsid w:val="0056748C"/>
    <w:rsid w:val="00567963"/>
    <w:rsid w:val="00575632"/>
    <w:rsid w:val="005764C8"/>
    <w:rsid w:val="00577174"/>
    <w:rsid w:val="00577B70"/>
    <w:rsid w:val="005A03F1"/>
    <w:rsid w:val="005A1422"/>
    <w:rsid w:val="005A5C7F"/>
    <w:rsid w:val="005B019E"/>
    <w:rsid w:val="005B323C"/>
    <w:rsid w:val="005B3282"/>
    <w:rsid w:val="005C1439"/>
    <w:rsid w:val="005C349E"/>
    <w:rsid w:val="005C6DC5"/>
    <w:rsid w:val="005D1DEB"/>
    <w:rsid w:val="005D2505"/>
    <w:rsid w:val="005D2801"/>
    <w:rsid w:val="005D70C5"/>
    <w:rsid w:val="005F232C"/>
    <w:rsid w:val="00601F68"/>
    <w:rsid w:val="00606352"/>
    <w:rsid w:val="00607CC5"/>
    <w:rsid w:val="0062130A"/>
    <w:rsid w:val="006248D8"/>
    <w:rsid w:val="006249BF"/>
    <w:rsid w:val="00624E24"/>
    <w:rsid w:val="00625B3E"/>
    <w:rsid w:val="006565F8"/>
    <w:rsid w:val="006616FC"/>
    <w:rsid w:val="00665FC4"/>
    <w:rsid w:val="006660C9"/>
    <w:rsid w:val="00666353"/>
    <w:rsid w:val="0067328E"/>
    <w:rsid w:val="0067646D"/>
    <w:rsid w:val="00680CB1"/>
    <w:rsid w:val="00682551"/>
    <w:rsid w:val="006A429E"/>
    <w:rsid w:val="006B3859"/>
    <w:rsid w:val="006B6FA4"/>
    <w:rsid w:val="006D3445"/>
    <w:rsid w:val="006E53F8"/>
    <w:rsid w:val="006F211B"/>
    <w:rsid w:val="00706FC7"/>
    <w:rsid w:val="00710C51"/>
    <w:rsid w:val="00721E99"/>
    <w:rsid w:val="00722F4F"/>
    <w:rsid w:val="00731F5A"/>
    <w:rsid w:val="00740EE7"/>
    <w:rsid w:val="0074277A"/>
    <w:rsid w:val="007501CF"/>
    <w:rsid w:val="0075173D"/>
    <w:rsid w:val="0075244D"/>
    <w:rsid w:val="0075249E"/>
    <w:rsid w:val="00752EB2"/>
    <w:rsid w:val="00773203"/>
    <w:rsid w:val="00775DE7"/>
    <w:rsid w:val="00776749"/>
    <w:rsid w:val="00776BB4"/>
    <w:rsid w:val="00782440"/>
    <w:rsid w:val="007831AC"/>
    <w:rsid w:val="00784B06"/>
    <w:rsid w:val="00792252"/>
    <w:rsid w:val="00793E57"/>
    <w:rsid w:val="00796902"/>
    <w:rsid w:val="007A07C4"/>
    <w:rsid w:val="007A0BC6"/>
    <w:rsid w:val="007A2CFF"/>
    <w:rsid w:val="007A2E27"/>
    <w:rsid w:val="007A336E"/>
    <w:rsid w:val="007A7F9D"/>
    <w:rsid w:val="007B1582"/>
    <w:rsid w:val="007B23FD"/>
    <w:rsid w:val="007C6A5F"/>
    <w:rsid w:val="007C6D9A"/>
    <w:rsid w:val="007C737A"/>
    <w:rsid w:val="007D51A6"/>
    <w:rsid w:val="007D522F"/>
    <w:rsid w:val="007E4A2B"/>
    <w:rsid w:val="007E78A2"/>
    <w:rsid w:val="007F4278"/>
    <w:rsid w:val="007F4D95"/>
    <w:rsid w:val="00806871"/>
    <w:rsid w:val="00811441"/>
    <w:rsid w:val="00820EEB"/>
    <w:rsid w:val="00820F86"/>
    <w:rsid w:val="008221D0"/>
    <w:rsid w:val="0082537C"/>
    <w:rsid w:val="0082563A"/>
    <w:rsid w:val="00827015"/>
    <w:rsid w:val="008316B3"/>
    <w:rsid w:val="00831AFF"/>
    <w:rsid w:val="0084691D"/>
    <w:rsid w:val="008637B8"/>
    <w:rsid w:val="00874F41"/>
    <w:rsid w:val="008764E8"/>
    <w:rsid w:val="00876544"/>
    <w:rsid w:val="008815A1"/>
    <w:rsid w:val="00881E8D"/>
    <w:rsid w:val="00894211"/>
    <w:rsid w:val="008A1400"/>
    <w:rsid w:val="008C221C"/>
    <w:rsid w:val="008C3F46"/>
    <w:rsid w:val="008C56E9"/>
    <w:rsid w:val="008D138A"/>
    <w:rsid w:val="008D2160"/>
    <w:rsid w:val="008D43CE"/>
    <w:rsid w:val="008D6E12"/>
    <w:rsid w:val="008D76A1"/>
    <w:rsid w:val="008E3204"/>
    <w:rsid w:val="008E56B3"/>
    <w:rsid w:val="008F0377"/>
    <w:rsid w:val="008F0B65"/>
    <w:rsid w:val="008F0FCE"/>
    <w:rsid w:val="008F1532"/>
    <w:rsid w:val="008F2B54"/>
    <w:rsid w:val="008F48B6"/>
    <w:rsid w:val="009019F2"/>
    <w:rsid w:val="00905E98"/>
    <w:rsid w:val="0091324A"/>
    <w:rsid w:val="00913C47"/>
    <w:rsid w:val="009143AB"/>
    <w:rsid w:val="00925A0D"/>
    <w:rsid w:val="00926B0F"/>
    <w:rsid w:val="0093290C"/>
    <w:rsid w:val="00935739"/>
    <w:rsid w:val="009407C7"/>
    <w:rsid w:val="009502E1"/>
    <w:rsid w:val="009642E8"/>
    <w:rsid w:val="0097010A"/>
    <w:rsid w:val="009718D4"/>
    <w:rsid w:val="00980CB3"/>
    <w:rsid w:val="0098388A"/>
    <w:rsid w:val="00984553"/>
    <w:rsid w:val="009A6F0D"/>
    <w:rsid w:val="009B1AC3"/>
    <w:rsid w:val="009C08EE"/>
    <w:rsid w:val="009C6C19"/>
    <w:rsid w:val="009D2768"/>
    <w:rsid w:val="009E2A85"/>
    <w:rsid w:val="009E6220"/>
    <w:rsid w:val="009E6C86"/>
    <w:rsid w:val="009E79CF"/>
    <w:rsid w:val="009F2D1B"/>
    <w:rsid w:val="009F6194"/>
    <w:rsid w:val="00A04B69"/>
    <w:rsid w:val="00A068D6"/>
    <w:rsid w:val="00A21CC5"/>
    <w:rsid w:val="00A23CC6"/>
    <w:rsid w:val="00A31EF3"/>
    <w:rsid w:val="00A367BC"/>
    <w:rsid w:val="00A417CB"/>
    <w:rsid w:val="00A46215"/>
    <w:rsid w:val="00A526E9"/>
    <w:rsid w:val="00A57761"/>
    <w:rsid w:val="00A70850"/>
    <w:rsid w:val="00A804D2"/>
    <w:rsid w:val="00A9150C"/>
    <w:rsid w:val="00A91BE5"/>
    <w:rsid w:val="00AA1925"/>
    <w:rsid w:val="00AA1D8D"/>
    <w:rsid w:val="00AB3131"/>
    <w:rsid w:val="00AB467F"/>
    <w:rsid w:val="00AB5A78"/>
    <w:rsid w:val="00AC1EBB"/>
    <w:rsid w:val="00AC44E6"/>
    <w:rsid w:val="00AD3769"/>
    <w:rsid w:val="00AE458C"/>
    <w:rsid w:val="00AE5604"/>
    <w:rsid w:val="00AE5F20"/>
    <w:rsid w:val="00AE6796"/>
    <w:rsid w:val="00AE6F72"/>
    <w:rsid w:val="00AF04EC"/>
    <w:rsid w:val="00AF1AFE"/>
    <w:rsid w:val="00AF2E99"/>
    <w:rsid w:val="00AF600D"/>
    <w:rsid w:val="00B01470"/>
    <w:rsid w:val="00B158DE"/>
    <w:rsid w:val="00B3108D"/>
    <w:rsid w:val="00B373DA"/>
    <w:rsid w:val="00B37712"/>
    <w:rsid w:val="00B47730"/>
    <w:rsid w:val="00B47A6B"/>
    <w:rsid w:val="00B64710"/>
    <w:rsid w:val="00B70925"/>
    <w:rsid w:val="00B73719"/>
    <w:rsid w:val="00B778B6"/>
    <w:rsid w:val="00B80601"/>
    <w:rsid w:val="00B814BC"/>
    <w:rsid w:val="00B94DDF"/>
    <w:rsid w:val="00B97481"/>
    <w:rsid w:val="00BB1AA2"/>
    <w:rsid w:val="00BB4E4A"/>
    <w:rsid w:val="00BC03A7"/>
    <w:rsid w:val="00BC57FB"/>
    <w:rsid w:val="00BC7E17"/>
    <w:rsid w:val="00BD1E51"/>
    <w:rsid w:val="00BD6443"/>
    <w:rsid w:val="00BE3789"/>
    <w:rsid w:val="00BF1242"/>
    <w:rsid w:val="00BF216C"/>
    <w:rsid w:val="00C01E72"/>
    <w:rsid w:val="00C07A3A"/>
    <w:rsid w:val="00C10CDA"/>
    <w:rsid w:val="00C11B74"/>
    <w:rsid w:val="00C11E4E"/>
    <w:rsid w:val="00C12E38"/>
    <w:rsid w:val="00C20524"/>
    <w:rsid w:val="00C310CC"/>
    <w:rsid w:val="00C3473C"/>
    <w:rsid w:val="00C443EE"/>
    <w:rsid w:val="00C6533F"/>
    <w:rsid w:val="00C678B7"/>
    <w:rsid w:val="00C67B23"/>
    <w:rsid w:val="00C859B5"/>
    <w:rsid w:val="00C93826"/>
    <w:rsid w:val="00CA623D"/>
    <w:rsid w:val="00CB0664"/>
    <w:rsid w:val="00CB14E2"/>
    <w:rsid w:val="00CB1D98"/>
    <w:rsid w:val="00CB416B"/>
    <w:rsid w:val="00CB5F17"/>
    <w:rsid w:val="00CC001E"/>
    <w:rsid w:val="00CD27D3"/>
    <w:rsid w:val="00CD3D3A"/>
    <w:rsid w:val="00CD6AB4"/>
    <w:rsid w:val="00CE013B"/>
    <w:rsid w:val="00CE6B0F"/>
    <w:rsid w:val="00CE7E82"/>
    <w:rsid w:val="00CF2C25"/>
    <w:rsid w:val="00CF5653"/>
    <w:rsid w:val="00D057CB"/>
    <w:rsid w:val="00D05C61"/>
    <w:rsid w:val="00D100ED"/>
    <w:rsid w:val="00D10E51"/>
    <w:rsid w:val="00D12974"/>
    <w:rsid w:val="00D27A05"/>
    <w:rsid w:val="00D33E34"/>
    <w:rsid w:val="00D45909"/>
    <w:rsid w:val="00D50A27"/>
    <w:rsid w:val="00D63761"/>
    <w:rsid w:val="00D65C99"/>
    <w:rsid w:val="00D70AE1"/>
    <w:rsid w:val="00D728B2"/>
    <w:rsid w:val="00D8531A"/>
    <w:rsid w:val="00D86169"/>
    <w:rsid w:val="00D973D9"/>
    <w:rsid w:val="00D97C91"/>
    <w:rsid w:val="00DA10E4"/>
    <w:rsid w:val="00DA18CE"/>
    <w:rsid w:val="00DA43ED"/>
    <w:rsid w:val="00DB0FB9"/>
    <w:rsid w:val="00DC19F5"/>
    <w:rsid w:val="00DC3D6F"/>
    <w:rsid w:val="00DC7028"/>
    <w:rsid w:val="00DD6284"/>
    <w:rsid w:val="00DE2A11"/>
    <w:rsid w:val="00DE3EDA"/>
    <w:rsid w:val="00DE5F5C"/>
    <w:rsid w:val="00DE69AB"/>
    <w:rsid w:val="00DF0EC7"/>
    <w:rsid w:val="00DF3B6A"/>
    <w:rsid w:val="00DF4EDE"/>
    <w:rsid w:val="00E01A3D"/>
    <w:rsid w:val="00E032F4"/>
    <w:rsid w:val="00E116B3"/>
    <w:rsid w:val="00E123A5"/>
    <w:rsid w:val="00E13A71"/>
    <w:rsid w:val="00E16969"/>
    <w:rsid w:val="00E33A77"/>
    <w:rsid w:val="00E3422A"/>
    <w:rsid w:val="00E36B02"/>
    <w:rsid w:val="00E40E7D"/>
    <w:rsid w:val="00E41B1E"/>
    <w:rsid w:val="00E521B3"/>
    <w:rsid w:val="00E65E37"/>
    <w:rsid w:val="00E6605D"/>
    <w:rsid w:val="00E67704"/>
    <w:rsid w:val="00E724A1"/>
    <w:rsid w:val="00E81963"/>
    <w:rsid w:val="00E85C78"/>
    <w:rsid w:val="00E90113"/>
    <w:rsid w:val="00E97E69"/>
    <w:rsid w:val="00EA0252"/>
    <w:rsid w:val="00EA3673"/>
    <w:rsid w:val="00EA7F4B"/>
    <w:rsid w:val="00EB3163"/>
    <w:rsid w:val="00EB3FE8"/>
    <w:rsid w:val="00EB4886"/>
    <w:rsid w:val="00EC5BB4"/>
    <w:rsid w:val="00EC6DBE"/>
    <w:rsid w:val="00ED204D"/>
    <w:rsid w:val="00ED6E65"/>
    <w:rsid w:val="00EE5766"/>
    <w:rsid w:val="00EE70DD"/>
    <w:rsid w:val="00EF4251"/>
    <w:rsid w:val="00EF4686"/>
    <w:rsid w:val="00F07414"/>
    <w:rsid w:val="00F10DC5"/>
    <w:rsid w:val="00F13905"/>
    <w:rsid w:val="00F1439B"/>
    <w:rsid w:val="00F23E1C"/>
    <w:rsid w:val="00F257F0"/>
    <w:rsid w:val="00F3174C"/>
    <w:rsid w:val="00F364BD"/>
    <w:rsid w:val="00F37D76"/>
    <w:rsid w:val="00F4446C"/>
    <w:rsid w:val="00F44BE1"/>
    <w:rsid w:val="00F56C14"/>
    <w:rsid w:val="00F57998"/>
    <w:rsid w:val="00F57B4E"/>
    <w:rsid w:val="00F600BC"/>
    <w:rsid w:val="00F60C0E"/>
    <w:rsid w:val="00F61C64"/>
    <w:rsid w:val="00F67D01"/>
    <w:rsid w:val="00F719C5"/>
    <w:rsid w:val="00F74F23"/>
    <w:rsid w:val="00F77B31"/>
    <w:rsid w:val="00F9599F"/>
    <w:rsid w:val="00FA27EA"/>
    <w:rsid w:val="00FA6D8A"/>
    <w:rsid w:val="00FC04CA"/>
    <w:rsid w:val="00FC45AD"/>
    <w:rsid w:val="00FC693F"/>
    <w:rsid w:val="00FD73BB"/>
    <w:rsid w:val="00FE04B1"/>
    <w:rsid w:val="00FE73B8"/>
    <w:rsid w:val="00FF0CB7"/>
    <w:rsid w:val="00FF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AE0C18"/>
  <w14:defaultImageDpi w14:val="300"/>
  <w15:docId w15:val="{61C26850-5C9E-4708-B102-CC9BB6830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odyTextIndent2">
    <w:name w:val="Body Text Indent 2"/>
    <w:basedOn w:val="Normal"/>
    <w:link w:val="BodyTextIndent2Char"/>
    <w:rsid w:val="007C737A"/>
    <w:pPr>
      <w:spacing w:after="0" w:line="240" w:lineRule="auto"/>
      <w:ind w:firstLine="1440"/>
    </w:pPr>
    <w:rPr>
      <w:rFonts w:ascii="Browallia New" w:eastAsia="Times New Roman" w:hAnsi="Browallia New" w:cs="Browallia New"/>
      <w:b/>
      <w:bCs/>
      <w:sz w:val="32"/>
      <w:szCs w:val="32"/>
      <w:lang w:bidi="th-TH"/>
    </w:rPr>
  </w:style>
  <w:style w:type="character" w:customStyle="1" w:styleId="BodyTextIndent2Char">
    <w:name w:val="Body Text Indent 2 Char"/>
    <w:basedOn w:val="DefaultParagraphFont"/>
    <w:link w:val="BodyTextIndent2"/>
    <w:rsid w:val="007C737A"/>
    <w:rPr>
      <w:rFonts w:ascii="Browallia New" w:eastAsia="Times New Roman" w:hAnsi="Browallia New" w:cs="Browallia New"/>
      <w:b/>
      <w:bCs/>
      <w:sz w:val="32"/>
      <w:szCs w:val="32"/>
      <w:lang w:bidi="th-TH"/>
    </w:rPr>
  </w:style>
  <w:style w:type="paragraph" w:styleId="BalloonText">
    <w:name w:val="Balloon Text"/>
    <w:basedOn w:val="Normal"/>
    <w:link w:val="BalloonTextChar"/>
    <w:semiHidden/>
    <w:rsid w:val="007C737A"/>
    <w:pPr>
      <w:spacing w:after="0" w:line="240" w:lineRule="auto"/>
    </w:pPr>
    <w:rPr>
      <w:rFonts w:ascii="Tahoma" w:eastAsia="Times New Roman" w:hAnsi="Tahoma" w:cs="Angsana New"/>
      <w:sz w:val="16"/>
      <w:szCs w:val="18"/>
      <w:lang w:bidi="th-TH"/>
    </w:rPr>
  </w:style>
  <w:style w:type="character" w:customStyle="1" w:styleId="BalloonTextChar">
    <w:name w:val="Balloon Text Char"/>
    <w:basedOn w:val="DefaultParagraphFont"/>
    <w:link w:val="BalloonText"/>
    <w:semiHidden/>
    <w:rsid w:val="007C737A"/>
    <w:rPr>
      <w:rFonts w:ascii="Tahoma" w:eastAsia="Times New Roman" w:hAnsi="Tahoma" w:cs="Angsana New"/>
      <w:sz w:val="16"/>
      <w:szCs w:val="18"/>
      <w:lang w:bidi="th-TH"/>
    </w:rPr>
  </w:style>
  <w:style w:type="paragraph" w:styleId="BodyTextIndent">
    <w:name w:val="Body Text Indent"/>
    <w:basedOn w:val="Normal"/>
    <w:link w:val="BodyTextIndentChar"/>
    <w:rsid w:val="007C737A"/>
    <w:pPr>
      <w:spacing w:before="120" w:after="0" w:line="240" w:lineRule="auto"/>
      <w:ind w:left="360"/>
    </w:pPr>
    <w:rPr>
      <w:rFonts w:ascii="Browallia New" w:eastAsia="Times New Roman" w:hAnsi="Browallia New" w:cs="Browallia New"/>
      <w:b/>
      <w:bCs/>
      <w:sz w:val="32"/>
      <w:szCs w:val="32"/>
      <w:lang w:bidi="th-TH"/>
    </w:rPr>
  </w:style>
  <w:style w:type="character" w:customStyle="1" w:styleId="BodyTextIndentChar">
    <w:name w:val="Body Text Indent Char"/>
    <w:basedOn w:val="DefaultParagraphFont"/>
    <w:link w:val="BodyTextIndent"/>
    <w:rsid w:val="007C737A"/>
    <w:rPr>
      <w:rFonts w:ascii="Browallia New" w:eastAsia="Times New Roman" w:hAnsi="Browallia New" w:cs="Browallia New"/>
      <w:b/>
      <w:bCs/>
      <w:sz w:val="32"/>
      <w:szCs w:val="32"/>
      <w:lang w:bidi="th-TH"/>
    </w:rPr>
  </w:style>
  <w:style w:type="character" w:styleId="PageNumber">
    <w:name w:val="page number"/>
    <w:basedOn w:val="DefaultParagraphFont"/>
    <w:rsid w:val="007C7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2D20C19-E7C6-48DA-94FB-81F8A6DBF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15</Pages>
  <Words>3874</Words>
  <Characters>22087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orawan praesuwatsilp</cp:lastModifiedBy>
  <cp:revision>5</cp:revision>
  <dcterms:created xsi:type="dcterms:W3CDTF">2026-10-07T08:03:00Z</dcterms:created>
  <dcterms:modified xsi:type="dcterms:W3CDTF">2026-10-08T05:54:00Z</dcterms:modified>
  <cp:category/>
</cp:coreProperties>
</file>