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6A3" w:rsidRPr="002810EE" w:rsidRDefault="003036A3" w:rsidP="003036A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เอกสารแนบท้ายประกาศ ก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อ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</w:p>
    <w:p w:rsidR="003036A3" w:rsidRPr="002810EE" w:rsidRDefault="003036A3" w:rsidP="003036A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เรื่อง หลักเกณฑ์และวิธีการพิจารณาแต่งตั้งบุคคลให้ดำรงตำแหน่งผู้ช่วยศาสตราจารย์</w:t>
      </w:r>
    </w:p>
    <w:p w:rsidR="003036A3" w:rsidRPr="00CB14E2" w:rsidRDefault="003036A3" w:rsidP="003036A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รองศาสตราจารย์ และศาสตราจารย์ 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ฉบับ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ที่ </w:t>
      </w:r>
      <w:r w:rsidR="00E16969"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 xml:space="preserve">) 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ศ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E16969"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2568</w:t>
      </w:r>
    </w:p>
    <w:p w:rsidR="003036A3" w:rsidRPr="002810EE" w:rsidRDefault="003036A3" w:rsidP="003036A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lang w:bidi="th-TH"/>
        </w:rPr>
        <w:t>-------------------------</w:t>
      </w:r>
    </w:p>
    <w:p w:rsidR="003036A3" w:rsidRPr="002810EE" w:rsidRDefault="003036A3" w:rsidP="003036A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>แบบแสดงหลักฐานการมีส่วนร่วมในผลงานทางวิชาการทั่วไป</w:t>
      </w:r>
    </w:p>
    <w:p w:rsidR="00BC7E17" w:rsidRPr="00CB14E2" w:rsidRDefault="00BC7E17" w:rsidP="00BC7E1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14E2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 xml:space="preserve">กลุ่มที่ </w:t>
      </w:r>
      <w:r w:rsidR="00E16969" w:rsidRPr="00CB14E2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>1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งานวิจัย</w:t>
      </w:r>
    </w:p>
    <w:p w:rsidR="00BC7E17" w:rsidRPr="002810EE" w:rsidRDefault="00BC7E17" w:rsidP="00BC7E1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ก. ชื่อผลงาน ................................................</w:t>
      </w:r>
    </w:p>
    <w:p w:rsidR="00BC7E17" w:rsidRPr="002810EE" w:rsidRDefault="00BC7E17" w:rsidP="00BC7E1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ข. สถานะผู้ขอในผลงาน</w:t>
      </w:r>
    </w:p>
    <w:p w:rsidR="00BC7E17" w:rsidRPr="002810EE" w:rsidRDefault="00BC7E17" w:rsidP="00BC7E1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</w:t>
      </w: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ผู้ประพันธ์อันดับแรก (</w:t>
      </w:r>
      <w:r w:rsidRPr="002810EE">
        <w:rPr>
          <w:rFonts w:ascii="TH Sarabun New" w:hAnsi="TH Sarabun New" w:cs="TH Sarabun New"/>
          <w:sz w:val="32"/>
          <w:szCs w:val="32"/>
        </w:rPr>
        <w:t>first author)</w:t>
      </w:r>
    </w:p>
    <w:p w:rsidR="00BC7E17" w:rsidRPr="002810EE" w:rsidRDefault="00BC7E17" w:rsidP="00BC7E1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</w:t>
      </w: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ผู้ประพันธ์บรรณกิจ (</w:t>
      </w:r>
      <w:r w:rsidRPr="002810EE">
        <w:rPr>
          <w:rFonts w:ascii="TH Sarabun New" w:hAnsi="TH Sarabun New" w:cs="TH Sarabun New"/>
          <w:sz w:val="32"/>
          <w:szCs w:val="32"/>
        </w:rPr>
        <w:t>corresponding author)</w:t>
      </w:r>
    </w:p>
    <w:p w:rsidR="00BC7E17" w:rsidRPr="002810EE" w:rsidRDefault="00BC7E17" w:rsidP="00BC7E1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</w:t>
      </w: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ผู้นิพนธ์ร่วม (</w:t>
      </w:r>
      <w:r w:rsidRPr="002810EE">
        <w:rPr>
          <w:rFonts w:ascii="TH Sarabun New" w:hAnsi="TH Sarabun New" w:cs="TH Sarabun New"/>
          <w:sz w:val="32"/>
          <w:szCs w:val="32"/>
        </w:rPr>
        <w:t>co-author)</w:t>
      </w:r>
    </w:p>
    <w:p w:rsidR="00BC7E17" w:rsidRPr="002810EE" w:rsidRDefault="00BC7E17" w:rsidP="00BC7E17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3036A3" w:rsidRPr="002810EE" w:rsidRDefault="00BC7E17" w:rsidP="00BC7E17">
      <w:pPr>
        <w:spacing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ผู้ขอกำหนดตำแหน่งต้องกรอกรายละเอียดของผู้ร่วมงานทุกคนให้ครบถ้วน (เนื่องจากไม่มีการแบ่งส่วนร่วมในผลงานทางวิชาการ ดังนั้นบทบาทหน้าที่ความรับผิดชอบตามที่ผู้ขอระบุจะมีผลต่อการพิจารณาผลงานทางวิชาการ)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675"/>
        <w:gridCol w:w="4680"/>
      </w:tblGrid>
      <w:tr w:rsidR="00BC7E17" w:rsidRPr="002810EE" w:rsidTr="00B158DE">
        <w:trPr>
          <w:trHeight w:val="692"/>
          <w:tblHeader/>
        </w:trPr>
        <w:tc>
          <w:tcPr>
            <w:tcW w:w="4675" w:type="dxa"/>
            <w:vAlign w:val="center"/>
          </w:tcPr>
          <w:p w:rsidR="00BC7E17" w:rsidRPr="002810EE" w:rsidRDefault="00BC7E17" w:rsidP="00BC7E1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รายละเอียดการมีส่วนร่วม</w:t>
            </w:r>
          </w:p>
        </w:tc>
        <w:tc>
          <w:tcPr>
            <w:tcW w:w="4680" w:type="dxa"/>
            <w:vAlign w:val="center"/>
          </w:tcPr>
          <w:p w:rsidR="00BC7E17" w:rsidRPr="002810EE" w:rsidRDefault="00BC7E17" w:rsidP="00BC7E1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บทบาทและหน้าที่ความรับผิดชอบ</w:t>
            </w:r>
          </w:p>
        </w:tc>
      </w:tr>
      <w:tr w:rsidR="00BC7E17" w:rsidRPr="002810EE" w:rsidTr="00CB14E2">
        <w:trPr>
          <w:trHeight w:val="701"/>
        </w:trPr>
        <w:tc>
          <w:tcPr>
            <w:tcW w:w="4675" w:type="dxa"/>
          </w:tcPr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ก. ความคิดริเริ่ม (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 xml:space="preserve">idea) 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และสมมติฐาน</w:t>
            </w:r>
          </w:p>
        </w:tc>
        <w:tc>
          <w:tcPr>
            <w:tcW w:w="4680" w:type="dxa"/>
          </w:tcPr>
          <w:p w:rsidR="00BC7E17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  <w:p w:rsidR="00CB14E2" w:rsidRDefault="00CB14E2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  <w:p w:rsidR="00CB14E2" w:rsidRPr="002810EE" w:rsidRDefault="00CB14E2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  <w:tr w:rsidR="00BC7E17" w:rsidRPr="002810EE" w:rsidTr="00CB14E2">
        <w:trPr>
          <w:trHeight w:val="1439"/>
        </w:trPr>
        <w:tc>
          <w:tcPr>
            <w:tcW w:w="4675" w:type="dxa"/>
          </w:tcPr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ข. การปฏิบัติการวิจัย การมีส่วนร่วมในการ</w:t>
            </w:r>
          </w:p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ออกแบบ การทดลอง การทดสอบ เครื่องมือวัด</w:t>
            </w:r>
          </w:p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วิธีการเก็บข้อมูล และ 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criteria</w:t>
            </w:r>
          </w:p>
        </w:tc>
        <w:tc>
          <w:tcPr>
            <w:tcW w:w="4680" w:type="dxa"/>
          </w:tcPr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  <w:tr w:rsidR="00BC7E17" w:rsidRPr="002810EE" w:rsidTr="00CB14E2">
        <w:trPr>
          <w:trHeight w:val="1061"/>
        </w:trPr>
        <w:tc>
          <w:tcPr>
            <w:tcW w:w="4675" w:type="dxa"/>
          </w:tcPr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ค. การจัดเก็บข้อมูล การวิเคราะห์ข้อมูล</w:t>
            </w:r>
          </w:p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การแป</w:t>
            </w:r>
            <w:r w:rsidR="006249BF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ร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ผล</w:t>
            </w:r>
          </w:p>
        </w:tc>
        <w:tc>
          <w:tcPr>
            <w:tcW w:w="4680" w:type="dxa"/>
          </w:tcPr>
          <w:p w:rsidR="00BC7E17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  <w:p w:rsidR="00CB14E2" w:rsidRDefault="00CB14E2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  <w:p w:rsidR="00CB14E2" w:rsidRPr="002810EE" w:rsidRDefault="00CB14E2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  <w:tr w:rsidR="00BC7E17" w:rsidRPr="002810EE" w:rsidTr="00CB14E2">
        <w:trPr>
          <w:trHeight w:val="1439"/>
        </w:trPr>
        <w:tc>
          <w:tcPr>
            <w:tcW w:w="4675" w:type="dxa"/>
          </w:tcPr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ง. การวิพากษ์วิจารณ์ผล การแสดง</w:t>
            </w:r>
          </w:p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การเปรียบเทียบกับข้อสรุปหรือองค์ความรู้หรือ</w:t>
            </w:r>
          </w:p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ทฤษฎีเดิม</w:t>
            </w:r>
          </w:p>
        </w:tc>
        <w:tc>
          <w:tcPr>
            <w:tcW w:w="4680" w:type="dxa"/>
          </w:tcPr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  <w:tr w:rsidR="00BC7E17" w:rsidRPr="002810EE" w:rsidTr="00CB14E2">
        <w:trPr>
          <w:trHeight w:val="701"/>
        </w:trPr>
        <w:tc>
          <w:tcPr>
            <w:tcW w:w="4675" w:type="dxa"/>
          </w:tcPr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จ. การมีส่วนร่วมในการเขียน 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manuscript</w:t>
            </w:r>
          </w:p>
        </w:tc>
        <w:tc>
          <w:tcPr>
            <w:tcW w:w="4680" w:type="dxa"/>
          </w:tcPr>
          <w:p w:rsidR="00BC7E17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  <w:p w:rsidR="00CB14E2" w:rsidRDefault="00CB14E2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  <w:p w:rsidR="00CB14E2" w:rsidRPr="002810EE" w:rsidRDefault="00CB14E2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  <w:tr w:rsidR="00BC7E17" w:rsidRPr="002810EE" w:rsidTr="00CB14E2">
        <w:trPr>
          <w:trHeight w:val="1709"/>
        </w:trPr>
        <w:tc>
          <w:tcPr>
            <w:tcW w:w="4675" w:type="dxa"/>
          </w:tcPr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lastRenderedPageBreak/>
              <w:t xml:space="preserve">ฉ. การให้การสนับสนุน 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specimens, study</w:t>
            </w:r>
          </w:p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 xml:space="preserve">cohort, 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โลจิสติกส์ ทุนวิจัย (โปรดระบุแหล่งทุน</w:t>
            </w:r>
          </w:p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เงินทุน และปีที่ได้รับ) เครื่องมือ ห้องปฏิบัติการ</w:t>
            </w:r>
          </w:p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ครุภัณฑ์</w:t>
            </w:r>
          </w:p>
        </w:tc>
        <w:tc>
          <w:tcPr>
            <w:tcW w:w="4680" w:type="dxa"/>
          </w:tcPr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  <w:tr w:rsidR="00BC7E17" w:rsidRPr="002810EE" w:rsidTr="00CB14E2">
        <w:trPr>
          <w:trHeight w:val="611"/>
        </w:trPr>
        <w:tc>
          <w:tcPr>
            <w:tcW w:w="4675" w:type="dxa"/>
          </w:tcPr>
          <w:p w:rsidR="00BC7E17" w:rsidRPr="002810EE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ช. อื่น</w:t>
            </w:r>
            <w:r w:rsidR="00DC19F5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 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ๆ</w:t>
            </w:r>
          </w:p>
        </w:tc>
        <w:tc>
          <w:tcPr>
            <w:tcW w:w="4680" w:type="dxa"/>
          </w:tcPr>
          <w:p w:rsidR="00BC7E17" w:rsidRDefault="00BC7E17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  <w:p w:rsidR="00CB14E2" w:rsidRDefault="00CB14E2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  <w:p w:rsidR="00CB14E2" w:rsidRPr="002810EE" w:rsidRDefault="00CB14E2" w:rsidP="00CB14E2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</w:tbl>
    <w:p w:rsidR="00BC7E17" w:rsidRPr="002810EE" w:rsidRDefault="00BC7E17" w:rsidP="00BC7E17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3036A3" w:rsidRPr="002810EE" w:rsidRDefault="003036A3" w:rsidP="003036A3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B158DE" w:rsidRPr="002810EE" w:rsidRDefault="00B158DE" w:rsidP="009F45FF">
      <w:pPr>
        <w:spacing w:after="0" w:line="240" w:lineRule="auto"/>
        <w:ind w:left="360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="00E16969"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</w:t>
      </w:r>
      <w:r w:rsidR="00E169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</w:t>
      </w:r>
    </w:p>
    <w:p w:rsidR="00B158DE" w:rsidRPr="002810EE" w:rsidRDefault="00E16969" w:rsidP="009F45FF">
      <w:pPr>
        <w:spacing w:after="0" w:line="240" w:lineRule="auto"/>
        <w:ind w:left="432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B158DE"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="00B158DE"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="00B158DE"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B158DE" w:rsidRPr="002810EE">
        <w:rPr>
          <w:rFonts w:ascii="TH Sarabun New" w:hAnsi="TH Sarabun New" w:cs="TH Sarabun New"/>
          <w:sz w:val="32"/>
          <w:szCs w:val="32"/>
        </w:rPr>
        <w:t>)</w:t>
      </w:r>
    </w:p>
    <w:p w:rsidR="00B158DE" w:rsidRPr="002810EE" w:rsidRDefault="00B158DE" w:rsidP="009F45FF">
      <w:pPr>
        <w:spacing w:after="0" w:line="240" w:lineRule="auto"/>
        <w:ind w:left="432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ผู้ขอกำหนดตำแหน่ง</w:t>
      </w:r>
    </w:p>
    <w:p w:rsidR="00B158DE" w:rsidRPr="002810EE" w:rsidRDefault="00B158DE" w:rsidP="009F45F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bidi="th-TH"/>
        </w:rPr>
      </w:pPr>
    </w:p>
    <w:p w:rsidR="00E16969" w:rsidRPr="002810EE" w:rsidRDefault="00E16969" w:rsidP="009F45FF">
      <w:pPr>
        <w:spacing w:after="0" w:line="240" w:lineRule="auto"/>
        <w:ind w:left="360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E16969" w:rsidRPr="002810EE" w:rsidRDefault="00E16969" w:rsidP="009F45FF">
      <w:pPr>
        <w:spacing w:after="0" w:line="240" w:lineRule="auto"/>
        <w:ind w:left="432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B158DE" w:rsidRPr="002810EE" w:rsidRDefault="00B158DE" w:rsidP="009F45FF">
      <w:pPr>
        <w:spacing w:after="0" w:line="240" w:lineRule="auto"/>
        <w:ind w:left="432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ผู้ประพันธ์อันดับแรก (</w:t>
      </w:r>
      <w:r w:rsidRPr="002810EE">
        <w:rPr>
          <w:rFonts w:ascii="TH Sarabun New" w:hAnsi="TH Sarabun New" w:cs="TH Sarabun New"/>
          <w:sz w:val="32"/>
          <w:szCs w:val="32"/>
        </w:rPr>
        <w:t>first author)</w:t>
      </w:r>
    </w:p>
    <w:p w:rsidR="00B158DE" w:rsidRPr="002810EE" w:rsidRDefault="00B158DE" w:rsidP="009F45F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bidi="th-TH"/>
        </w:rPr>
      </w:pPr>
    </w:p>
    <w:p w:rsidR="00E16969" w:rsidRPr="002810EE" w:rsidRDefault="00E16969" w:rsidP="009F45FF">
      <w:pPr>
        <w:spacing w:after="0" w:line="240" w:lineRule="auto"/>
        <w:ind w:left="360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E16969" w:rsidRPr="002810EE" w:rsidRDefault="00E16969" w:rsidP="009F45FF">
      <w:pPr>
        <w:spacing w:after="0" w:line="240" w:lineRule="auto"/>
        <w:ind w:left="432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3036A3" w:rsidRPr="002810EE" w:rsidRDefault="00B158DE" w:rsidP="009F45FF">
      <w:pPr>
        <w:spacing w:after="0" w:line="240" w:lineRule="auto"/>
        <w:ind w:left="432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ผู้ประพันธ์บรรณกิจ (</w:t>
      </w:r>
      <w:r w:rsidRPr="002810EE">
        <w:rPr>
          <w:rFonts w:ascii="TH Sarabun New" w:hAnsi="TH Sarabun New" w:cs="TH Sarabun New"/>
          <w:sz w:val="32"/>
          <w:szCs w:val="32"/>
        </w:rPr>
        <w:t>corresponding author)</w:t>
      </w:r>
    </w:p>
    <w:p w:rsidR="00B158DE" w:rsidRPr="002810EE" w:rsidRDefault="00B158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183C3C" w:rsidRDefault="00183C3C" w:rsidP="008772A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:rsidR="00E81963" w:rsidRPr="00183C3C" w:rsidRDefault="008772AE" w:rsidP="008772A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rtl/>
          <w:cs/>
        </w:rPr>
      </w:pPr>
      <w:r w:rsidRPr="00183C3C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กรณี</w:t>
      </w:r>
      <w:r w:rsidR="00652A95" w:rsidRPr="00183C3C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ที่ผู้ขอ</w:t>
      </w:r>
      <w:r w:rsidR="00652A95" w:rsidRPr="00183C3C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กำหนดตำแหน่ง</w:t>
      </w:r>
      <w:r w:rsidR="00652A95" w:rsidRPr="00183C3C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เป็นทั้ง</w:t>
      </w:r>
      <w:r w:rsidR="00652A95" w:rsidRPr="00183C3C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ผู้ประพันธ์อันดับแรก</w:t>
      </w:r>
      <w:r w:rsidR="00652A95" w:rsidRPr="00183C3C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และ</w:t>
      </w:r>
      <w:r w:rsidR="00652A95" w:rsidRPr="00183C3C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ผู้ประพันธ์บรรณกิจ </w:t>
      </w:r>
      <w:r w:rsidR="00652A95" w:rsidRPr="00183C3C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จะ</w:t>
      </w:r>
      <w:r w:rsidRPr="00183C3C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ต้องมี</w:t>
      </w:r>
      <w:r w:rsidR="00652A95" w:rsidRPr="00183C3C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ผู้ร่วมงานลงชื่อรับรองการมีส่วนร่วมในงานวิจัย</w:t>
      </w:r>
      <w:r w:rsidRPr="00183C3C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อย่างน้อย 1 คน</w:t>
      </w:r>
    </w:p>
    <w:p w:rsidR="00E81963" w:rsidRPr="002810EE" w:rsidRDefault="00E8196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963" w:rsidRPr="002810EE" w:rsidRDefault="00E8196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963" w:rsidRPr="002810EE" w:rsidRDefault="00E8196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963" w:rsidRPr="002810EE" w:rsidRDefault="00E8196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963" w:rsidRPr="002810EE" w:rsidRDefault="00E8196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963" w:rsidRPr="002810EE" w:rsidRDefault="00E8196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963" w:rsidRPr="002810EE" w:rsidRDefault="00E8196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963" w:rsidRPr="002810EE" w:rsidRDefault="00E8196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963" w:rsidRPr="00107B61" w:rsidRDefault="00E81963" w:rsidP="00107B61">
      <w:pPr>
        <w:jc w:val="center"/>
        <w:rPr>
          <w:rFonts w:ascii="TH Sarabun New" w:hAnsi="TH Sarabun New" w:cs="TH Sarabun New"/>
          <w:sz w:val="32"/>
          <w:szCs w:val="32"/>
        </w:rPr>
      </w:pPr>
      <w:bookmarkStart w:id="0" w:name="_GoBack"/>
      <w:bookmarkEnd w:id="0"/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>เอกสารแนบท้ายประกาศ ก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อ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</w:p>
    <w:p w:rsidR="00E81963" w:rsidRPr="00CB14E2" w:rsidRDefault="00E81963" w:rsidP="00E8196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เรื่อง หลักเกณฑ์และวิธีการพิจารณาแต่งตั้ง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บุคคลให้ดำรงตำแหน่งผู้ช่วยศาสตราจารย์</w:t>
      </w:r>
    </w:p>
    <w:p w:rsidR="00E81963" w:rsidRPr="00CB14E2" w:rsidRDefault="00E81963" w:rsidP="00E8196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รองศาสตราจารย์ และศาสตราจารย์ 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ฉบับที่ </w:t>
      </w:r>
      <w:r w:rsidR="005A5C7F"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 xml:space="preserve">) 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ศ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5A5C7F"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2568</w:t>
      </w:r>
    </w:p>
    <w:p w:rsidR="00E81963" w:rsidRPr="00CB14E2" w:rsidRDefault="00E81963" w:rsidP="00E8196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B14E2">
        <w:rPr>
          <w:rFonts w:ascii="TH Sarabun New" w:hAnsi="TH Sarabun New" w:cs="TH Sarabun New"/>
          <w:b/>
          <w:bCs/>
          <w:sz w:val="32"/>
          <w:szCs w:val="32"/>
          <w:lang w:bidi="th-TH"/>
        </w:rPr>
        <w:t>-------------------------</w:t>
      </w:r>
    </w:p>
    <w:p w:rsidR="00E81963" w:rsidRPr="00CB14E2" w:rsidRDefault="00E81963" w:rsidP="00E8196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  <w:lang w:bidi="th-TH"/>
        </w:rPr>
      </w:pPr>
      <w:r w:rsidRPr="00CB14E2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>แบบแสดงหลักฐานการมีส่วนร่วมในผลงานทางวิชาการทั่วไป</w:t>
      </w:r>
    </w:p>
    <w:p w:rsidR="00E81963" w:rsidRPr="00CB14E2" w:rsidRDefault="00E81963" w:rsidP="00E8196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B14E2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 xml:space="preserve">กลุ่มที่ </w:t>
      </w:r>
      <w:r w:rsidR="005A5C7F" w:rsidRPr="00CB14E2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>1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งานวิจัย (กรณีการเผยแพร่เป็นรายงานวิจัยฉบับสมบูรณ์)</w:t>
      </w:r>
    </w:p>
    <w:p w:rsidR="00E81963" w:rsidRPr="00CB14E2" w:rsidRDefault="00E81963" w:rsidP="005A5C7F">
      <w:pPr>
        <w:spacing w:before="120"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  <w:r w:rsidRPr="00CB14E2">
        <w:rPr>
          <w:rFonts w:ascii="TH Sarabun New" w:hAnsi="TH Sarabun New" w:cs="TH Sarabun New"/>
          <w:sz w:val="32"/>
          <w:szCs w:val="32"/>
          <w:cs/>
          <w:lang w:bidi="th-TH"/>
        </w:rPr>
        <w:t>ก. ชื่อผลงาน ................................................</w:t>
      </w:r>
    </w:p>
    <w:p w:rsidR="00E81963" w:rsidRPr="00CB14E2" w:rsidRDefault="00E81963" w:rsidP="005A5C7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B14E2">
        <w:rPr>
          <w:rFonts w:ascii="TH Sarabun New" w:hAnsi="TH Sarabun New" w:cs="TH Sarabun New"/>
          <w:sz w:val="32"/>
          <w:szCs w:val="32"/>
          <w:cs/>
          <w:lang w:bidi="th-TH"/>
        </w:rPr>
        <w:t>ผู้ขอกำหนดตำแหน่งต้องระบุสัดส่วนการมีส่วนร่วมบทบาทหน้าที่ความรับผิดชอบของผู้ร่วมงานทุกคนให้ครบถ้วน</w:t>
      </w:r>
    </w:p>
    <w:p w:rsidR="00E81963" w:rsidRPr="00CB14E2" w:rsidRDefault="00E81963" w:rsidP="00E819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lang w:bidi="th-TH"/>
        </w:rPr>
      </w:pPr>
      <w:r w:rsidRPr="00CB14E2">
        <w:rPr>
          <w:rFonts w:ascii="TH Sarabun New" w:hAnsi="TH Sarabun New" w:cs="TH Sarabun New"/>
          <w:sz w:val="32"/>
          <w:szCs w:val="32"/>
          <w:cs/>
          <w:lang w:bidi="th-TH"/>
        </w:rPr>
        <w:t>ผู้ร่วมงานจำนวน...........คน แต่ละคนมีส่วนร่วมดังนี้: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2480"/>
        <w:gridCol w:w="3534"/>
      </w:tblGrid>
      <w:tr w:rsidR="00CB14E2" w:rsidRPr="00CB14E2" w:rsidTr="00CB14E2">
        <w:tc>
          <w:tcPr>
            <w:tcW w:w="3005" w:type="dxa"/>
          </w:tcPr>
          <w:p w:rsidR="00E81963" w:rsidRPr="00CB14E2" w:rsidRDefault="00E81963" w:rsidP="00E8196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B14E2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="005A5C7F" w:rsidRPr="00CB14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1</w:t>
            </w:r>
            <w:r w:rsidRPr="00CB14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:rsidR="00E81963" w:rsidRPr="00CB14E2" w:rsidRDefault="00E81963" w:rsidP="00E8196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B14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ชื่อผู้ร่วมงาน</w:t>
            </w:r>
          </w:p>
        </w:tc>
        <w:tc>
          <w:tcPr>
            <w:tcW w:w="2480" w:type="dxa"/>
          </w:tcPr>
          <w:p w:rsidR="00E81963" w:rsidRPr="00CB14E2" w:rsidRDefault="00E81963" w:rsidP="00E8196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B14E2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="005A5C7F" w:rsidRPr="00CB14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2</w:t>
            </w:r>
            <w:r w:rsidRPr="00CB14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:rsidR="00E81963" w:rsidRPr="00CB14E2" w:rsidRDefault="00E81963" w:rsidP="00E8196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B14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ปริมาณงานร้อยละ</w:t>
            </w:r>
          </w:p>
        </w:tc>
        <w:tc>
          <w:tcPr>
            <w:tcW w:w="3534" w:type="dxa"/>
          </w:tcPr>
          <w:p w:rsidR="00E81963" w:rsidRPr="00CB14E2" w:rsidRDefault="00E81963" w:rsidP="00E8196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B14E2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="005A5C7F" w:rsidRPr="00CB14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3</w:t>
            </w:r>
            <w:r w:rsidRPr="00CB14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:rsidR="00E81963" w:rsidRPr="00CB14E2" w:rsidRDefault="00E81963" w:rsidP="00E8196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B14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รายละเอียดบทบาท</w:t>
            </w:r>
          </w:p>
          <w:p w:rsidR="00E81963" w:rsidRPr="00CB14E2" w:rsidRDefault="00E81963" w:rsidP="00E8196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B14E2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หน้าที่ความรับผิดชอบ</w:t>
            </w:r>
          </w:p>
        </w:tc>
      </w:tr>
      <w:tr w:rsidR="00E81963" w:rsidRPr="002810EE" w:rsidTr="00CB14E2">
        <w:tc>
          <w:tcPr>
            <w:tcW w:w="3005" w:type="dxa"/>
          </w:tcPr>
          <w:p w:rsidR="00E81963" w:rsidRPr="002810EE" w:rsidRDefault="00E81963" w:rsidP="00E8196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E81963" w:rsidRPr="002810EE" w:rsidRDefault="00E81963" w:rsidP="00E8196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E81963" w:rsidRPr="002810EE" w:rsidRDefault="00E81963" w:rsidP="00E8196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E81963" w:rsidRPr="002810EE" w:rsidRDefault="00E81963" w:rsidP="00E8196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E81963" w:rsidRPr="002810EE" w:rsidRDefault="00E81963" w:rsidP="00E8196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E81963" w:rsidRPr="002810EE" w:rsidRDefault="00E81963" w:rsidP="00E8196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E81963" w:rsidRPr="002810EE" w:rsidRDefault="00E81963" w:rsidP="00E8196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E81963" w:rsidRPr="002810EE" w:rsidRDefault="00E81963" w:rsidP="00E8196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E81963" w:rsidRPr="002810EE" w:rsidRDefault="00E81963" w:rsidP="00E8196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80" w:type="dxa"/>
          </w:tcPr>
          <w:p w:rsidR="00E81963" w:rsidRPr="002810EE" w:rsidRDefault="00E81963" w:rsidP="00E8196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34" w:type="dxa"/>
          </w:tcPr>
          <w:p w:rsidR="00E81963" w:rsidRPr="002810EE" w:rsidRDefault="00E81963" w:rsidP="00E8196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E81963" w:rsidRPr="002810EE" w:rsidRDefault="00E81963" w:rsidP="00E8196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5A5C7F" w:rsidRPr="002810EE" w:rsidRDefault="005A5C7F" w:rsidP="005A5C7F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5A5C7F" w:rsidRPr="002810EE" w:rsidRDefault="005A5C7F" w:rsidP="005A5C7F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5A5C7F" w:rsidRPr="002810EE" w:rsidRDefault="005A5C7F" w:rsidP="005A5C7F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5A5C7F" w:rsidRPr="002810EE" w:rsidRDefault="005A5C7F" w:rsidP="005A5C7F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5A5C7F" w:rsidRPr="002810EE" w:rsidRDefault="005A5C7F" w:rsidP="005A5C7F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5A5C7F" w:rsidRPr="002810EE" w:rsidRDefault="005A5C7F" w:rsidP="005A5C7F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5A5C7F" w:rsidRPr="002810EE" w:rsidRDefault="005A5C7F" w:rsidP="005A5C7F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5A5C7F" w:rsidRPr="002810EE" w:rsidRDefault="005A5C7F" w:rsidP="005A5C7F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5A5C7F" w:rsidRPr="002810EE" w:rsidRDefault="005A5C7F" w:rsidP="005A5C7F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</w:p>
    <w:p w:rsidR="00CB14E2" w:rsidRDefault="00CB14E2">
      <w:pP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br w:type="page"/>
      </w:r>
    </w:p>
    <w:p w:rsidR="009502E1" w:rsidRPr="00CB14E2" w:rsidRDefault="009502E1" w:rsidP="009502E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>เอกสารแนบท้าย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ประกาศ ก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อ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>.</w:t>
      </w:r>
    </w:p>
    <w:p w:rsidR="009502E1" w:rsidRPr="00CB14E2" w:rsidRDefault="009502E1" w:rsidP="009502E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เรื่อง หลักเกณฑ์และวิธีการพิจารณาแต่งตั้งบุคคลให้ดำรงตำแหน่งผู้ช่วยศาสตราจารย์</w:t>
      </w:r>
    </w:p>
    <w:p w:rsidR="009502E1" w:rsidRPr="00CB14E2" w:rsidRDefault="009502E1" w:rsidP="009502E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รองศาสตราจารย์ และศาสตราจารย์ 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ฉบับที่ </w:t>
      </w:r>
      <w:r w:rsidR="005A5C7F"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 xml:space="preserve">) 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ศ</w:t>
      </w:r>
      <w:r w:rsidRPr="00CB14E2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5A5C7F" w:rsidRPr="00CB14E2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2568</w:t>
      </w:r>
    </w:p>
    <w:p w:rsidR="009502E1" w:rsidRPr="002810EE" w:rsidRDefault="009502E1" w:rsidP="009502E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lang w:bidi="th-TH"/>
        </w:rPr>
        <w:t>-------------------------</w:t>
      </w:r>
    </w:p>
    <w:p w:rsidR="009502E1" w:rsidRPr="002810EE" w:rsidRDefault="009502E1" w:rsidP="009502E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>แบบแสดงหลักฐานการมีส่วนร่วมในผลงานทางวิชาการทั่วไป</w:t>
      </w:r>
    </w:p>
    <w:p w:rsidR="009502E1" w:rsidRPr="002810EE" w:rsidRDefault="009502E1" w:rsidP="009502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>ผลงานทางวิชาการกลุ่มอื่นที่มิใช่งานวิจัย</w:t>
      </w:r>
    </w:p>
    <w:p w:rsidR="009502E1" w:rsidRPr="002810EE" w:rsidRDefault="009502E1" w:rsidP="005A5C7F">
      <w:pPr>
        <w:spacing w:before="120" w:after="0" w:line="240" w:lineRule="auto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ก. ชื่อผลงาน ................................................</w:t>
      </w:r>
    </w:p>
    <w:p w:rsidR="009502E1" w:rsidRPr="002810EE" w:rsidRDefault="009502E1" w:rsidP="009502E1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ข. ประเภทของผลงาน</w:t>
      </w:r>
    </w:p>
    <w:p w:rsidR="009502E1" w:rsidRPr="002810EE" w:rsidRDefault="009502E1" w:rsidP="009502E1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9502E1" w:rsidRPr="00CB14E2" w:rsidRDefault="009502E1" w:rsidP="00CB14E2">
      <w:pPr>
        <w:tabs>
          <w:tab w:val="left" w:pos="900"/>
          <w:tab w:val="left" w:pos="648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B14E2">
        <w:rPr>
          <w:rFonts w:ascii="TH Sarabun New" w:hAnsi="TH Sarabun New" w:cs="TH Sarabun New"/>
          <w:sz w:val="32"/>
          <w:szCs w:val="32"/>
          <w:u w:val="single"/>
          <w:cs/>
          <w:lang w:bidi="th-TH"/>
        </w:rPr>
        <w:t>กลุ่ม</w:t>
      </w:r>
      <w:r w:rsidR="00CB14E2">
        <w:rPr>
          <w:rFonts w:ascii="TH Sarabun New" w:hAnsi="TH Sarabun New" w:cs="TH Sarabun New" w:hint="cs"/>
          <w:sz w:val="32"/>
          <w:szCs w:val="32"/>
          <w:u w:val="single"/>
          <w:cs/>
          <w:lang w:bidi="th-TH"/>
        </w:rPr>
        <w:t>ที่</w:t>
      </w:r>
      <w:r w:rsidRPr="00CB14E2">
        <w:rPr>
          <w:rFonts w:ascii="TH Sarabun New" w:hAnsi="TH Sarabun New" w:cs="TH Sarabun New"/>
          <w:sz w:val="32"/>
          <w:szCs w:val="32"/>
          <w:u w:val="single"/>
          <w:cs/>
          <w:lang w:bidi="th-TH"/>
        </w:rPr>
        <w:t xml:space="preserve"> </w:t>
      </w:r>
      <w:r w:rsidR="005A5C7F" w:rsidRPr="00CB14E2">
        <w:rPr>
          <w:rFonts w:ascii="TH Sarabun New" w:hAnsi="TH Sarabun New" w:cs="TH Sarabun New"/>
          <w:sz w:val="32"/>
          <w:szCs w:val="32"/>
          <w:u w:val="single"/>
          <w:cs/>
          <w:lang w:bidi="th-TH"/>
        </w:rPr>
        <w:t>2</w:t>
      </w:r>
      <w:r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B14E2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CB14E2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ผลงานทางวิชาการในลักษณะอื่น</w:t>
      </w:r>
    </w:p>
    <w:p w:rsidR="009502E1" w:rsidRPr="00CB14E2" w:rsidRDefault="00CB14E2" w:rsidP="00CB14E2">
      <w:pPr>
        <w:tabs>
          <w:tab w:val="left" w:pos="900"/>
          <w:tab w:val="left" w:pos="64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ผลงานวิชาการเพื่ออุตสาหกรรม</w:t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กรณีศึกษา (</w:t>
      </w:r>
      <w:r w:rsidR="009502E1" w:rsidRPr="00CB14E2">
        <w:rPr>
          <w:rFonts w:ascii="TH Sarabun New" w:hAnsi="TH Sarabun New" w:cs="TH Sarabun New"/>
          <w:sz w:val="32"/>
          <w:szCs w:val="32"/>
        </w:rPr>
        <w:t>Case Study)</w:t>
      </w:r>
    </w:p>
    <w:p w:rsidR="009502E1" w:rsidRPr="00CB14E2" w:rsidRDefault="00CB14E2" w:rsidP="00CB14E2">
      <w:pPr>
        <w:tabs>
          <w:tab w:val="left" w:pos="900"/>
          <w:tab w:val="left" w:pos="64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ผลงานวิชาการเพื่อพัฒนาการเรียนการสอนและการเรียนรู้</w:t>
      </w:r>
      <w:r w:rsidR="008316B3" w:rsidRPr="00CB14E2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งานแปล</w:t>
      </w:r>
    </w:p>
    <w:p w:rsidR="009502E1" w:rsidRPr="00CB14E2" w:rsidRDefault="00CB14E2" w:rsidP="00CB14E2">
      <w:pPr>
        <w:tabs>
          <w:tab w:val="left" w:pos="900"/>
          <w:tab w:val="left" w:pos="64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ผลงานวิชาการเพื่อพัฒนานโยบายสาธารณะ</w:t>
      </w:r>
      <w:r w:rsidR="008316B3" w:rsidRPr="00CB14E2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สิทธิบัตร</w:t>
      </w:r>
    </w:p>
    <w:p w:rsidR="009502E1" w:rsidRPr="00CB14E2" w:rsidRDefault="00CB14E2" w:rsidP="00CB14E2">
      <w:pPr>
        <w:tabs>
          <w:tab w:val="left" w:pos="900"/>
          <w:tab w:val="left" w:pos="64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ผลงานสร้างสรรค์ด้านวิทยาศาสตร์และเทคโนโลยี</w:t>
      </w:r>
      <w:r w:rsidR="008316B3" w:rsidRPr="00CB14E2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ซอฟต์แวร์</w:t>
      </w:r>
    </w:p>
    <w:p w:rsidR="009502E1" w:rsidRPr="00CB14E2" w:rsidRDefault="00CB14E2" w:rsidP="00CB14E2">
      <w:pPr>
        <w:tabs>
          <w:tab w:val="left" w:pos="900"/>
          <w:tab w:val="left" w:pos="64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พจนานุกรม สารานุกรม นามานุกรม และงานวิชาการในลักษณะเดียวกัน</w:t>
      </w:r>
    </w:p>
    <w:p w:rsidR="009502E1" w:rsidRPr="00CB14E2" w:rsidRDefault="00CB14E2" w:rsidP="00CB14E2">
      <w:pPr>
        <w:tabs>
          <w:tab w:val="left" w:pos="900"/>
          <w:tab w:val="left" w:pos="64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ผลงานสร้างสรรค์ด้านสุนทรียะ ศิลปะ</w:t>
      </w:r>
      <w:r w:rsidR="008316B3" w:rsidRPr="00CB14E2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ผลงานนวัตกรรม</w:t>
      </w:r>
    </w:p>
    <w:p w:rsidR="009502E1" w:rsidRPr="00CB14E2" w:rsidRDefault="00CB14E2" w:rsidP="00CB14E2">
      <w:pPr>
        <w:tabs>
          <w:tab w:val="left" w:pos="900"/>
          <w:tab w:val="left" w:pos="64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CB14E2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CB14E2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ผลงานรับใช้ท้องถิ่นและสังคม</w:t>
      </w:r>
    </w:p>
    <w:p w:rsidR="009502E1" w:rsidRPr="002810EE" w:rsidRDefault="009502E1" w:rsidP="00CB14E2">
      <w:pPr>
        <w:tabs>
          <w:tab w:val="left" w:pos="900"/>
          <w:tab w:val="left" w:pos="648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B14E2">
        <w:rPr>
          <w:rFonts w:ascii="TH Sarabun New" w:hAnsi="TH Sarabun New" w:cs="TH Sarabun New"/>
          <w:sz w:val="32"/>
          <w:szCs w:val="32"/>
          <w:u w:val="single"/>
          <w:cs/>
          <w:lang w:bidi="th-TH"/>
        </w:rPr>
        <w:t xml:space="preserve">กลุ่มที่ </w:t>
      </w:r>
      <w:r w:rsidR="005A5C7F" w:rsidRPr="00CB14E2">
        <w:rPr>
          <w:rFonts w:ascii="TH Sarabun New" w:hAnsi="TH Sarabun New" w:cs="TH Sarabun New"/>
          <w:sz w:val="32"/>
          <w:szCs w:val="32"/>
          <w:u w:val="single"/>
          <w:cs/>
          <w:lang w:bidi="th-TH"/>
        </w:rPr>
        <w:t>3</w:t>
      </w:r>
      <w:r w:rsidR="00CB14E2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ตำรา</w:t>
      </w:r>
    </w:p>
    <w:p w:rsidR="009502E1" w:rsidRPr="002810EE" w:rsidRDefault="007831AC" w:rsidP="00CB14E2">
      <w:pPr>
        <w:tabs>
          <w:tab w:val="left" w:pos="900"/>
          <w:tab w:val="left" w:pos="64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B14E2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หนังสือ</w:t>
      </w:r>
    </w:p>
    <w:p w:rsidR="009502E1" w:rsidRPr="002810EE" w:rsidRDefault="007831AC" w:rsidP="00CB14E2">
      <w:pPr>
        <w:tabs>
          <w:tab w:val="left" w:pos="900"/>
          <w:tab w:val="left" w:pos="6480"/>
        </w:tabs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B14E2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316B3"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="009502E1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บทความทางวิชาการ</w:t>
      </w:r>
    </w:p>
    <w:p w:rsidR="009502E1" w:rsidRPr="002810EE" w:rsidRDefault="009502E1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14E2" w:rsidRDefault="00CB14E2">
      <w:pPr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br w:type="page"/>
      </w:r>
    </w:p>
    <w:p w:rsidR="009B1AC3" w:rsidRPr="002810EE" w:rsidRDefault="009B1AC3" w:rsidP="005A5C7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lastRenderedPageBreak/>
        <w:t>ผู้ขอกำหนดตำแหน่งต้องระบุสัดส่วนการมีส่วนร่วมบทบาทหน้าที่ความรับผิดชอบของผู้ร่วมงานทุกคนให้ครบถ้วน</w:t>
      </w:r>
    </w:p>
    <w:p w:rsidR="009B1AC3" w:rsidRPr="002810EE" w:rsidRDefault="009B1AC3" w:rsidP="009B1AC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ผู้ร่วมงานจำนวน...........คน แต่ละคนมีส่วนร่วมดังนี้</w:t>
      </w:r>
    </w:p>
    <w:p w:rsidR="009B1AC3" w:rsidRPr="002810EE" w:rsidRDefault="009B1AC3" w:rsidP="009B1AC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lang w:bidi="th-T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2479"/>
        <w:gridCol w:w="3534"/>
      </w:tblGrid>
      <w:tr w:rsidR="009B1AC3" w:rsidRPr="002810EE" w:rsidTr="00CB14E2">
        <w:tc>
          <w:tcPr>
            <w:tcW w:w="3006" w:type="dxa"/>
          </w:tcPr>
          <w:p w:rsidR="009B1AC3" w:rsidRPr="002810EE" w:rsidRDefault="009B1AC3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="005A5C7F"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1</w:t>
            </w: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:rsidR="009B1AC3" w:rsidRPr="002810EE" w:rsidRDefault="009B1AC3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ชื่อผู้ร่วมงาน</w:t>
            </w:r>
          </w:p>
        </w:tc>
        <w:tc>
          <w:tcPr>
            <w:tcW w:w="2479" w:type="dxa"/>
          </w:tcPr>
          <w:p w:rsidR="009B1AC3" w:rsidRPr="002810EE" w:rsidRDefault="009B1AC3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="005A5C7F"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2</w:t>
            </w: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:rsidR="009B1AC3" w:rsidRPr="002810EE" w:rsidRDefault="009B1AC3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ปริมาณงานร้อยละ</w:t>
            </w:r>
          </w:p>
        </w:tc>
        <w:tc>
          <w:tcPr>
            <w:tcW w:w="3534" w:type="dxa"/>
          </w:tcPr>
          <w:p w:rsidR="009B1AC3" w:rsidRPr="002810EE" w:rsidRDefault="009B1AC3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="005A5C7F"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3</w:t>
            </w: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:rsidR="009B1AC3" w:rsidRPr="002810EE" w:rsidRDefault="009B1AC3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รายละเอียดบทบาท</w:t>
            </w:r>
            <w:r w:rsidR="0050402D"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และ</w:t>
            </w:r>
          </w:p>
          <w:p w:rsidR="009B1AC3" w:rsidRPr="002810EE" w:rsidRDefault="009B1AC3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หน้าที่ความรับผิดชอบ</w:t>
            </w:r>
          </w:p>
        </w:tc>
      </w:tr>
      <w:tr w:rsidR="009B1AC3" w:rsidRPr="002810EE" w:rsidTr="00CB14E2">
        <w:tc>
          <w:tcPr>
            <w:tcW w:w="3006" w:type="dxa"/>
          </w:tcPr>
          <w:p w:rsidR="009B1AC3" w:rsidRPr="002810EE" w:rsidRDefault="009B1AC3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9B1AC3" w:rsidRPr="002810EE" w:rsidRDefault="009B1AC3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9B1AC3" w:rsidRPr="002810EE" w:rsidRDefault="009B1AC3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9B1AC3" w:rsidRPr="002810EE" w:rsidRDefault="009B1AC3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9B1AC3" w:rsidRPr="002810EE" w:rsidRDefault="009B1AC3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9B1AC3" w:rsidRPr="002810EE" w:rsidRDefault="009B1AC3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9B1AC3" w:rsidRPr="002810EE" w:rsidRDefault="009B1AC3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9B1AC3" w:rsidRPr="002810EE" w:rsidRDefault="009B1AC3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9B1AC3" w:rsidRPr="002810EE" w:rsidRDefault="009B1AC3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79" w:type="dxa"/>
          </w:tcPr>
          <w:p w:rsidR="009B1AC3" w:rsidRPr="002810EE" w:rsidRDefault="009B1AC3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34" w:type="dxa"/>
          </w:tcPr>
          <w:p w:rsidR="009B1AC3" w:rsidRPr="002810EE" w:rsidRDefault="009B1AC3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9B1AC3" w:rsidRPr="002810EE" w:rsidRDefault="009B1AC3" w:rsidP="009B1AC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5A5C7F" w:rsidRPr="002810EE" w:rsidRDefault="005A5C7F" w:rsidP="005A5C7F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5A5C7F" w:rsidRPr="002810EE" w:rsidRDefault="005A5C7F" w:rsidP="005A5C7F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5A5C7F" w:rsidRPr="002810EE" w:rsidRDefault="005A5C7F" w:rsidP="005A5C7F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5A5C7F" w:rsidRPr="002810EE" w:rsidRDefault="005A5C7F" w:rsidP="005A5C7F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5A5C7F" w:rsidRPr="002810EE" w:rsidRDefault="005A5C7F" w:rsidP="005A5C7F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5A5C7F" w:rsidRPr="002810EE" w:rsidRDefault="005A5C7F" w:rsidP="005A5C7F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5A5C7F" w:rsidRPr="002810EE" w:rsidRDefault="005A5C7F" w:rsidP="005A5C7F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5A5C7F" w:rsidRPr="002810EE" w:rsidRDefault="005A5C7F" w:rsidP="005A5C7F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9B1AC3" w:rsidRPr="002810EE" w:rsidRDefault="009B1AC3" w:rsidP="009B1A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316B3" w:rsidRPr="002810EE" w:rsidRDefault="008316B3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B4DED" w:rsidRPr="002810EE" w:rsidRDefault="001B4DED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B4DED" w:rsidRPr="002810EE" w:rsidRDefault="001B4DED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B4DED" w:rsidRPr="002810EE" w:rsidRDefault="001B4DED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B4DED" w:rsidRPr="002810EE" w:rsidRDefault="001B4DED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B4DED" w:rsidRPr="002810EE" w:rsidRDefault="001B4DED" w:rsidP="00E819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14E2" w:rsidRDefault="00CB14E2">
      <w:pP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br w:type="page"/>
      </w:r>
    </w:p>
    <w:p w:rsidR="001B4DED" w:rsidRPr="002810EE" w:rsidRDefault="001B4DED" w:rsidP="001B4D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>เอกสารแนบท้ายประกาศ ก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อ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</w:p>
    <w:p w:rsidR="001B4DED" w:rsidRPr="002810EE" w:rsidRDefault="001B4DED" w:rsidP="001B4D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เรื่อง หลักเกณฑ์และวิธีการพิจารณาแต่งตั้งบุคคลให้ดำรงตำแหน่งผู้ช่วยศาสตราจารย์</w:t>
      </w:r>
    </w:p>
    <w:p w:rsidR="001B4DED" w:rsidRPr="002810EE" w:rsidRDefault="001B4DED" w:rsidP="001B4D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รองศาสตราจารย์ และศาสตราจารย์ 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ฉบับที่ 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 xml:space="preserve">) 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ศ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2568</w:t>
      </w:r>
    </w:p>
    <w:p w:rsidR="001B4DED" w:rsidRPr="002810EE" w:rsidRDefault="001B4DED" w:rsidP="001B4D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lang w:bidi="th-TH"/>
        </w:rPr>
        <w:t>-------------------------</w:t>
      </w:r>
    </w:p>
    <w:p w:rsidR="001B4DED" w:rsidRPr="002810EE" w:rsidRDefault="005A5C7F" w:rsidP="001B4D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4</w:t>
      </w:r>
      <w:r w:rsidR="001B4DED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. </w:t>
      </w:r>
      <w:r w:rsidR="001B4DED" w:rsidRPr="002810EE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>ลักษณะการมีส่วนร่วมในผลงานทางวิชาการเฉพาะด้าน</w:t>
      </w:r>
    </w:p>
    <w:p w:rsidR="001B4DED" w:rsidRPr="002810EE" w:rsidRDefault="001B4DED" w:rsidP="001B4DED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1B4DED" w:rsidRPr="002810EE" w:rsidRDefault="001B4DED" w:rsidP="00CB14E2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การเสนอผลงานทางวิชาการเฉพาะด้าน จำนวน </w:t>
      </w:r>
      <w:r w:rsidR="005A5C7F" w:rsidRPr="002810EE">
        <w:rPr>
          <w:rFonts w:ascii="TH Sarabun New" w:hAnsi="TH Sarabun New" w:cs="TH Sarabun New"/>
          <w:sz w:val="32"/>
          <w:szCs w:val="32"/>
          <w:cs/>
          <w:lang w:bidi="th-TH"/>
        </w:rPr>
        <w:t>5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ด้าน ได้แก่ ผลงานรับใช้ท้องถ</w:t>
      </w:r>
      <w:r w:rsidR="00CB14E2">
        <w:rPr>
          <w:rFonts w:ascii="TH Sarabun New" w:hAnsi="TH Sarabun New" w:cs="TH Sarabun New"/>
          <w:sz w:val="32"/>
          <w:szCs w:val="32"/>
          <w:cs/>
          <w:lang w:bidi="th-TH"/>
        </w:rPr>
        <w:t>ิ่นและสังค</w:t>
      </w:r>
      <w:r w:rsidR="00CB14E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ม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ผลงานสร้างสรรค์ด้านสุนทรียะ ศิลปะ ผลงานการสอน ผลงานนวัตกรรม และผลงานศาสนา</w:t>
      </w:r>
      <w:r w:rsidR="00CE6B0F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CB14E2">
        <w:rPr>
          <w:rFonts w:ascii="TH Sarabun New" w:hAnsi="TH Sarabun New" w:cs="TH Sarabun New"/>
          <w:sz w:val="32"/>
          <w:szCs w:val="32"/>
          <w:cs/>
          <w:lang w:bidi="th-TH"/>
        </w:rPr>
        <w:t>ให้ใช้ลักษณะการมีส่ว</w:t>
      </w:r>
      <w:r w:rsidR="00CB14E2">
        <w:rPr>
          <w:rFonts w:ascii="TH Sarabun New" w:hAnsi="TH Sarabun New" w:cs="TH Sarabun New" w:hint="cs"/>
          <w:sz w:val="32"/>
          <w:szCs w:val="32"/>
          <w:cs/>
          <w:lang w:bidi="th-TH"/>
        </w:rPr>
        <w:t>น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ร่วมในผลงานทางวิชาการและแบบแสดงหลักฐานการมีส่วนร่วมในผลงานทางวิชาการ ตามข้อ </w:t>
      </w:r>
      <w:r w:rsidR="005A5C7F"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</w:p>
    <w:p w:rsidR="001B4DED" w:rsidRPr="002810EE" w:rsidRDefault="001B4D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E6B0F" w:rsidRPr="002810EE" w:rsidRDefault="00CE6B0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B14E2" w:rsidRDefault="00CB14E2">
      <w:pP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br w:type="page"/>
      </w:r>
    </w:p>
    <w:p w:rsidR="00DF0EC7" w:rsidRPr="002810EE" w:rsidRDefault="00DF0EC7" w:rsidP="00DF0EC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>เอกสารแนบท้ายประกาศ ก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อ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</w:p>
    <w:p w:rsidR="00DF0EC7" w:rsidRPr="002810EE" w:rsidRDefault="00DF0EC7" w:rsidP="00DF0EC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เรื่อง หลักเกณฑ์และวิธีการพิจารณาแต่งตั้งบุคคลให้ดำรงตำแหน่งผู้ช่วยศาสตราจารย์</w:t>
      </w:r>
    </w:p>
    <w:p w:rsidR="00DF0EC7" w:rsidRPr="002810EE" w:rsidRDefault="00DF0EC7" w:rsidP="00DF0EC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รองศาสตราจารย์ และศาสตราจารย์ 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ฉบับที่ 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 xml:space="preserve">) 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ศ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2568</w:t>
      </w:r>
    </w:p>
    <w:p w:rsidR="00DF0EC7" w:rsidRPr="002810EE" w:rsidRDefault="00DF0EC7" w:rsidP="00DF0EC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lang w:bidi="th-TH"/>
        </w:rPr>
        <w:t>-------------------------</w:t>
      </w:r>
    </w:p>
    <w:p w:rsidR="00CE6B0F" w:rsidRPr="002810EE" w:rsidRDefault="00DF0EC7" w:rsidP="00DF0EC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>แบบแสดงหลักฐานการมีส่วนร่วมในผลงานทางวิชาการเฉพาะด้าน</w:t>
      </w:r>
    </w:p>
    <w:p w:rsidR="00DF0EC7" w:rsidRPr="002810EE" w:rsidRDefault="00DF0EC7" w:rsidP="00CB14E2">
      <w:pPr>
        <w:spacing w:before="120"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ผลงานทางวิชาการเฉพาะด้าน</w:t>
      </w:r>
    </w:p>
    <w:p w:rsidR="00DF0EC7" w:rsidRPr="002810EE" w:rsidRDefault="00DF0EC7" w:rsidP="00CB14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ผลงานรับใช้ท้องถิ่นและสังคม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ผลงานนวัตกรรม</w:t>
      </w:r>
    </w:p>
    <w:p w:rsidR="00DF0EC7" w:rsidRPr="002810EE" w:rsidRDefault="00DF0EC7" w:rsidP="00CB14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ผลงานสร้างสรรค์ด้านสุนทรียะ ศิลปะ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ผลงานศาสนา</w:t>
      </w:r>
    </w:p>
    <w:p w:rsidR="00CB14E2" w:rsidRDefault="00DF0EC7" w:rsidP="00CB14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ผลงานการสอน</w:t>
      </w:r>
    </w:p>
    <w:p w:rsidR="00DF0EC7" w:rsidRPr="002810EE" w:rsidRDefault="00DF0EC7" w:rsidP="00CB14E2">
      <w:pPr>
        <w:spacing w:before="120"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ผู้ขอกำหนดตำแหน่งต้องระบุสัดส่วนการมีส่วนร่วมบทบาทหน้าที่ความรับผิดชอบของผู้ร่วมงานทุกคน           ให้ครบถ้วน</w:t>
      </w:r>
    </w:p>
    <w:p w:rsidR="00DF0EC7" w:rsidRDefault="00DF0EC7" w:rsidP="00CB14E2">
      <w:pPr>
        <w:spacing w:before="120" w:after="0" w:line="240" w:lineRule="auto"/>
        <w:ind w:firstLine="720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ผู้ร่วมงานจำนวน...........คน แต่ละคนมีส่วนร่วมดังนี้</w:t>
      </w:r>
    </w:p>
    <w:p w:rsidR="00CB14E2" w:rsidRPr="002810EE" w:rsidRDefault="00CB14E2" w:rsidP="00DF0E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lang w:bidi="th-T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2569"/>
        <w:gridCol w:w="3444"/>
      </w:tblGrid>
      <w:tr w:rsidR="00DF0EC7" w:rsidRPr="002810EE" w:rsidTr="00CB14E2">
        <w:tc>
          <w:tcPr>
            <w:tcW w:w="3006" w:type="dxa"/>
          </w:tcPr>
          <w:p w:rsidR="00DF0EC7" w:rsidRPr="002810EE" w:rsidRDefault="00DF0EC7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="005A5C7F"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1</w:t>
            </w: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:rsidR="00DF0EC7" w:rsidRPr="002810EE" w:rsidRDefault="00DF0EC7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ชื่อผู้ร่วมงาน</w:t>
            </w:r>
          </w:p>
        </w:tc>
        <w:tc>
          <w:tcPr>
            <w:tcW w:w="2569" w:type="dxa"/>
          </w:tcPr>
          <w:p w:rsidR="00DF0EC7" w:rsidRPr="002810EE" w:rsidRDefault="00DF0EC7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="005A5C7F"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2</w:t>
            </w: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:rsidR="00DF0EC7" w:rsidRPr="002810EE" w:rsidRDefault="00DF0EC7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ปริมาณงานร้อยละ</w:t>
            </w:r>
          </w:p>
        </w:tc>
        <w:tc>
          <w:tcPr>
            <w:tcW w:w="3444" w:type="dxa"/>
          </w:tcPr>
          <w:p w:rsidR="00DF0EC7" w:rsidRPr="002810EE" w:rsidRDefault="00DF0EC7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="005A5C7F"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3</w:t>
            </w: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  <w:p w:rsidR="00DF0EC7" w:rsidRPr="002810EE" w:rsidRDefault="00DF0EC7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รายละเอียดบทบาท</w:t>
            </w:r>
            <w:r w:rsidR="00A417CB"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และ</w:t>
            </w:r>
          </w:p>
          <w:p w:rsidR="00DF0EC7" w:rsidRPr="002810EE" w:rsidRDefault="00DF0EC7" w:rsidP="000079B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810E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หน้าที่ความรับผิดชอบ</w:t>
            </w:r>
          </w:p>
        </w:tc>
      </w:tr>
      <w:tr w:rsidR="00DF0EC7" w:rsidRPr="002810EE" w:rsidTr="00CB14E2">
        <w:tc>
          <w:tcPr>
            <w:tcW w:w="3006" w:type="dxa"/>
          </w:tcPr>
          <w:p w:rsidR="00DF0EC7" w:rsidRPr="002810EE" w:rsidRDefault="00DF0EC7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DF0EC7" w:rsidRPr="002810EE" w:rsidRDefault="00DF0EC7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DF0EC7" w:rsidRPr="002810EE" w:rsidRDefault="00DF0EC7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DF0EC7" w:rsidRPr="002810EE" w:rsidRDefault="00DF0EC7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DF0EC7" w:rsidRPr="002810EE" w:rsidRDefault="00DF0EC7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DF0EC7" w:rsidRPr="002810EE" w:rsidRDefault="00DF0EC7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DF0EC7" w:rsidRPr="002810EE" w:rsidRDefault="00DF0EC7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DF0EC7" w:rsidRPr="002810EE" w:rsidRDefault="00DF0EC7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9" w:type="dxa"/>
          </w:tcPr>
          <w:p w:rsidR="00DF0EC7" w:rsidRPr="002810EE" w:rsidRDefault="00DF0EC7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44" w:type="dxa"/>
          </w:tcPr>
          <w:p w:rsidR="00DF0EC7" w:rsidRPr="002810EE" w:rsidRDefault="00DF0EC7" w:rsidP="000079B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DF0EC7" w:rsidRPr="002810EE" w:rsidRDefault="00DF0EC7" w:rsidP="00DF0E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CB14E2" w:rsidRPr="002810EE" w:rsidRDefault="00CB14E2" w:rsidP="00CB14E2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CB14E2" w:rsidRPr="002810EE" w:rsidRDefault="00CB14E2" w:rsidP="00CB14E2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CB14E2" w:rsidRPr="002810EE" w:rsidRDefault="00CB14E2" w:rsidP="00CB14E2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CB14E2" w:rsidRPr="002810EE" w:rsidRDefault="00CB14E2" w:rsidP="00CB14E2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CB14E2" w:rsidRPr="002810EE" w:rsidRDefault="00CB14E2" w:rsidP="00CB14E2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CB14E2" w:rsidRPr="002810EE" w:rsidRDefault="00CB14E2" w:rsidP="00CB14E2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p w:rsidR="00CB14E2" w:rsidRPr="002810EE" w:rsidRDefault="00CB14E2" w:rsidP="00CB14E2">
      <w:pPr>
        <w:spacing w:after="0" w:line="240" w:lineRule="auto"/>
        <w:ind w:left="5040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ลงชื่อ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..........................................................</w:t>
      </w:r>
    </w:p>
    <w:p w:rsidR="00CB14E2" w:rsidRPr="00CB14E2" w:rsidRDefault="00CB14E2" w:rsidP="00CB14E2">
      <w:pPr>
        <w:spacing w:after="0" w:line="240" w:lineRule="auto"/>
        <w:ind w:left="5040" w:firstLine="720"/>
        <w:jc w:val="center"/>
        <w:rPr>
          <w:rFonts w:ascii="TH Sarabun New" w:hAnsi="TH Sarabun New" w:cs="TH Sarabun New"/>
          <w:sz w:val="32"/>
          <w:szCs w:val="32"/>
          <w:rtl/>
          <w:cs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</w:rPr>
        <w:t>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</w:rPr>
        <w:t>)</w:t>
      </w:r>
    </w:p>
    <w:sectPr w:rsidR="00CB14E2" w:rsidRPr="00CB14E2" w:rsidSect="00107B61">
      <w:headerReference w:type="default" r:id="rId8"/>
      <w:pgSz w:w="11909" w:h="16834" w:code="9"/>
      <w:pgMar w:top="1008" w:right="1440" w:bottom="720" w:left="1440" w:header="720" w:footer="14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F0F" w:rsidRDefault="00952F0F" w:rsidP="0067328E">
      <w:pPr>
        <w:spacing w:after="0" w:line="240" w:lineRule="auto"/>
      </w:pPr>
      <w:r>
        <w:separator/>
      </w:r>
    </w:p>
  </w:endnote>
  <w:endnote w:type="continuationSeparator" w:id="0">
    <w:p w:rsidR="00952F0F" w:rsidRDefault="00952F0F" w:rsidP="00673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F0F" w:rsidRDefault="00952F0F" w:rsidP="0067328E">
      <w:pPr>
        <w:spacing w:after="0" w:line="240" w:lineRule="auto"/>
      </w:pPr>
      <w:r>
        <w:separator/>
      </w:r>
    </w:p>
  </w:footnote>
  <w:footnote w:type="continuationSeparator" w:id="0">
    <w:p w:rsidR="00952F0F" w:rsidRDefault="00952F0F" w:rsidP="00673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1160801"/>
      <w:docPartObj>
        <w:docPartGallery w:val="Page Numbers (Top of Page)"/>
        <w:docPartUnique/>
      </w:docPartObj>
    </w:sdtPr>
    <w:sdtEndPr>
      <w:rPr>
        <w:rFonts w:ascii="TH Sarabun New" w:hAnsi="TH Sarabun New" w:cs="TH Sarabun New"/>
        <w:noProof/>
        <w:sz w:val="32"/>
        <w:szCs w:val="32"/>
      </w:rPr>
    </w:sdtEndPr>
    <w:sdtContent>
      <w:p w:rsidR="00107B61" w:rsidRPr="00107B61" w:rsidRDefault="00107B61">
        <w:pPr>
          <w:pStyle w:val="Header"/>
          <w:jc w:val="right"/>
          <w:rPr>
            <w:rFonts w:ascii="TH Sarabun New" w:hAnsi="TH Sarabun New" w:cs="TH Sarabun New"/>
            <w:sz w:val="32"/>
            <w:szCs w:val="32"/>
          </w:rPr>
        </w:pPr>
        <w:r w:rsidRPr="00107B61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107B61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Pr="00107B61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183C3C">
          <w:rPr>
            <w:rFonts w:ascii="TH Sarabun New" w:hAnsi="TH Sarabun New" w:cs="TH Sarabun New"/>
            <w:noProof/>
            <w:sz w:val="32"/>
            <w:szCs w:val="32"/>
          </w:rPr>
          <w:t>3</w:t>
        </w:r>
        <w:r w:rsidRPr="00107B61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</w:p>
    </w:sdtContent>
  </w:sdt>
  <w:p w:rsidR="00107B61" w:rsidRDefault="00107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F4AB4"/>
    <w:multiLevelType w:val="hybridMultilevel"/>
    <w:tmpl w:val="2B8C2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9435A0"/>
    <w:multiLevelType w:val="hybridMultilevel"/>
    <w:tmpl w:val="003A00EE"/>
    <w:lvl w:ilvl="0" w:tplc="04CA2EC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077540"/>
    <w:multiLevelType w:val="hybridMultilevel"/>
    <w:tmpl w:val="9DB822E6"/>
    <w:lvl w:ilvl="0" w:tplc="BCCA01DC">
      <w:start w:val="4"/>
      <w:numFmt w:val="bullet"/>
      <w:lvlText w:val=""/>
      <w:lvlJc w:val="left"/>
      <w:pPr>
        <w:ind w:left="2520" w:hanging="360"/>
      </w:pPr>
      <w:rPr>
        <w:rFonts w:ascii="Wingdings" w:eastAsiaTheme="minorEastAsia" w:hAnsi="Wingdings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9A80289"/>
    <w:multiLevelType w:val="hybridMultilevel"/>
    <w:tmpl w:val="EE2CD0FE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A1F59CE"/>
    <w:multiLevelType w:val="hybridMultilevel"/>
    <w:tmpl w:val="0C58092A"/>
    <w:lvl w:ilvl="0" w:tplc="0A94455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E611C2A"/>
    <w:multiLevelType w:val="hybridMultilevel"/>
    <w:tmpl w:val="47B8E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10DF3"/>
    <w:multiLevelType w:val="hybridMultilevel"/>
    <w:tmpl w:val="0F30E022"/>
    <w:lvl w:ilvl="0" w:tplc="04C43FBA">
      <w:numFmt w:val="bullet"/>
      <w:lvlText w:val=""/>
      <w:lvlJc w:val="left"/>
      <w:pPr>
        <w:ind w:left="3960" w:hanging="360"/>
      </w:pPr>
      <w:rPr>
        <w:rFonts w:ascii="Wingdings" w:eastAsiaTheme="minorEastAsia" w:hAnsi="Wingdings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3" w15:restartNumberingAfterBreak="0">
    <w:nsid w:val="2AC621B1"/>
    <w:multiLevelType w:val="hybridMultilevel"/>
    <w:tmpl w:val="F446D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62984"/>
    <w:multiLevelType w:val="multilevel"/>
    <w:tmpl w:val="FA66D514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  <w:lang w:val="en-US"/>
      </w:rPr>
    </w:lvl>
    <w:lvl w:ilvl="1">
      <w:start w:val="5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5" w15:restartNumberingAfterBreak="0">
    <w:nsid w:val="3C857313"/>
    <w:multiLevelType w:val="hybridMultilevel"/>
    <w:tmpl w:val="5CD23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F31FB4"/>
    <w:multiLevelType w:val="hybridMultilevel"/>
    <w:tmpl w:val="67D8387A"/>
    <w:lvl w:ilvl="0" w:tplc="04CA2EC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06039"/>
    <w:multiLevelType w:val="hybridMultilevel"/>
    <w:tmpl w:val="D99A8D1E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1"/>
  </w:num>
  <w:num w:numId="8">
    <w:abstractNumId w:val="13"/>
  </w:num>
  <w:num w:numId="9">
    <w:abstractNumId w:val="8"/>
  </w:num>
  <w:num w:numId="10">
    <w:abstractNumId w:val="6"/>
  </w:num>
  <w:num w:numId="11">
    <w:abstractNumId w:val="16"/>
  </w:num>
  <w:num w:numId="12">
    <w:abstractNumId w:val="9"/>
  </w:num>
  <w:num w:numId="13">
    <w:abstractNumId w:val="15"/>
  </w:num>
  <w:num w:numId="14">
    <w:abstractNumId w:val="7"/>
  </w:num>
  <w:num w:numId="15">
    <w:abstractNumId w:val="17"/>
  </w:num>
  <w:num w:numId="16">
    <w:abstractNumId w:val="14"/>
  </w:num>
  <w:num w:numId="17">
    <w:abstractNumId w:val="12"/>
  </w:num>
  <w:num w:numId="18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1AB8"/>
    <w:rsid w:val="00004941"/>
    <w:rsid w:val="000079BA"/>
    <w:rsid w:val="00014D9F"/>
    <w:rsid w:val="00020370"/>
    <w:rsid w:val="00023D19"/>
    <w:rsid w:val="00024416"/>
    <w:rsid w:val="00025A83"/>
    <w:rsid w:val="00034616"/>
    <w:rsid w:val="00045FE1"/>
    <w:rsid w:val="0006063C"/>
    <w:rsid w:val="00065530"/>
    <w:rsid w:val="00081114"/>
    <w:rsid w:val="00084282"/>
    <w:rsid w:val="00084B11"/>
    <w:rsid w:val="00085CE2"/>
    <w:rsid w:val="000865C2"/>
    <w:rsid w:val="000875EB"/>
    <w:rsid w:val="00091A56"/>
    <w:rsid w:val="00092055"/>
    <w:rsid w:val="000944F6"/>
    <w:rsid w:val="000A5CAB"/>
    <w:rsid w:val="000A6A79"/>
    <w:rsid w:val="000B3F98"/>
    <w:rsid w:val="000B59D0"/>
    <w:rsid w:val="000C4A73"/>
    <w:rsid w:val="000C737C"/>
    <w:rsid w:val="000C7915"/>
    <w:rsid w:val="000D0052"/>
    <w:rsid w:val="000D13F0"/>
    <w:rsid w:val="000D34F4"/>
    <w:rsid w:val="000E26ED"/>
    <w:rsid w:val="00107B61"/>
    <w:rsid w:val="00116661"/>
    <w:rsid w:val="00122644"/>
    <w:rsid w:val="00125EA8"/>
    <w:rsid w:val="00132B9E"/>
    <w:rsid w:val="0015074B"/>
    <w:rsid w:val="00152615"/>
    <w:rsid w:val="00157F89"/>
    <w:rsid w:val="00165555"/>
    <w:rsid w:val="00170DEC"/>
    <w:rsid w:val="00173891"/>
    <w:rsid w:val="00177684"/>
    <w:rsid w:val="00181608"/>
    <w:rsid w:val="00183C3C"/>
    <w:rsid w:val="001867AB"/>
    <w:rsid w:val="00197638"/>
    <w:rsid w:val="001A0779"/>
    <w:rsid w:val="001B1D57"/>
    <w:rsid w:val="001B2DA7"/>
    <w:rsid w:val="001B476E"/>
    <w:rsid w:val="001B4DED"/>
    <w:rsid w:val="001B678C"/>
    <w:rsid w:val="001C17AA"/>
    <w:rsid w:val="001C2C10"/>
    <w:rsid w:val="001C4E4F"/>
    <w:rsid w:val="001C5FBB"/>
    <w:rsid w:val="001C7187"/>
    <w:rsid w:val="001C79A6"/>
    <w:rsid w:val="001D3EEE"/>
    <w:rsid w:val="001D5A69"/>
    <w:rsid w:val="001E0C81"/>
    <w:rsid w:val="001E494E"/>
    <w:rsid w:val="001E5F06"/>
    <w:rsid w:val="001E734B"/>
    <w:rsid w:val="001E7F11"/>
    <w:rsid w:val="002012F0"/>
    <w:rsid w:val="00206CE2"/>
    <w:rsid w:val="00212C51"/>
    <w:rsid w:val="00212E65"/>
    <w:rsid w:val="0021658B"/>
    <w:rsid w:val="0021699D"/>
    <w:rsid w:val="00225A54"/>
    <w:rsid w:val="00231192"/>
    <w:rsid w:val="00236B34"/>
    <w:rsid w:val="00236B4B"/>
    <w:rsid w:val="00237261"/>
    <w:rsid w:val="00241B97"/>
    <w:rsid w:val="00245C45"/>
    <w:rsid w:val="00250039"/>
    <w:rsid w:val="00256B20"/>
    <w:rsid w:val="0026401D"/>
    <w:rsid w:val="00265B53"/>
    <w:rsid w:val="002766A5"/>
    <w:rsid w:val="002810EE"/>
    <w:rsid w:val="00283069"/>
    <w:rsid w:val="00283423"/>
    <w:rsid w:val="0029639D"/>
    <w:rsid w:val="002A052F"/>
    <w:rsid w:val="002A53A5"/>
    <w:rsid w:val="002A73D6"/>
    <w:rsid w:val="002A7951"/>
    <w:rsid w:val="002B256B"/>
    <w:rsid w:val="002B4E27"/>
    <w:rsid w:val="002C1A64"/>
    <w:rsid w:val="002C33B4"/>
    <w:rsid w:val="002D114B"/>
    <w:rsid w:val="002D4C44"/>
    <w:rsid w:val="002D55EC"/>
    <w:rsid w:val="002E0F56"/>
    <w:rsid w:val="002E3775"/>
    <w:rsid w:val="002E4317"/>
    <w:rsid w:val="002E7683"/>
    <w:rsid w:val="002F0B60"/>
    <w:rsid w:val="002F4C84"/>
    <w:rsid w:val="003036A3"/>
    <w:rsid w:val="00304D45"/>
    <w:rsid w:val="00320DD3"/>
    <w:rsid w:val="003249E2"/>
    <w:rsid w:val="00326F90"/>
    <w:rsid w:val="00345506"/>
    <w:rsid w:val="00351A63"/>
    <w:rsid w:val="00351AF3"/>
    <w:rsid w:val="00361E86"/>
    <w:rsid w:val="00371EC4"/>
    <w:rsid w:val="00375B31"/>
    <w:rsid w:val="00380F14"/>
    <w:rsid w:val="00391DEE"/>
    <w:rsid w:val="00396DE4"/>
    <w:rsid w:val="0039799C"/>
    <w:rsid w:val="003A02EE"/>
    <w:rsid w:val="003A133B"/>
    <w:rsid w:val="003A158A"/>
    <w:rsid w:val="003B2F9E"/>
    <w:rsid w:val="003B5886"/>
    <w:rsid w:val="003C30E7"/>
    <w:rsid w:val="003C658C"/>
    <w:rsid w:val="003C668C"/>
    <w:rsid w:val="003D38F2"/>
    <w:rsid w:val="003E4A9E"/>
    <w:rsid w:val="003E6042"/>
    <w:rsid w:val="003F4EFB"/>
    <w:rsid w:val="004051B6"/>
    <w:rsid w:val="00413C32"/>
    <w:rsid w:val="004214F6"/>
    <w:rsid w:val="00435D69"/>
    <w:rsid w:val="00440E88"/>
    <w:rsid w:val="0044185E"/>
    <w:rsid w:val="0044310C"/>
    <w:rsid w:val="00444DD1"/>
    <w:rsid w:val="004472FA"/>
    <w:rsid w:val="00447E87"/>
    <w:rsid w:val="004608B5"/>
    <w:rsid w:val="00462C37"/>
    <w:rsid w:val="00472021"/>
    <w:rsid w:val="0047480A"/>
    <w:rsid w:val="00481E63"/>
    <w:rsid w:val="00482BA9"/>
    <w:rsid w:val="0048398A"/>
    <w:rsid w:val="004967F7"/>
    <w:rsid w:val="004A1A0E"/>
    <w:rsid w:val="004A48A6"/>
    <w:rsid w:val="004A543A"/>
    <w:rsid w:val="004A5792"/>
    <w:rsid w:val="004A78CB"/>
    <w:rsid w:val="004B0A51"/>
    <w:rsid w:val="004C2C7F"/>
    <w:rsid w:val="004C584A"/>
    <w:rsid w:val="004D4B3B"/>
    <w:rsid w:val="004D5B00"/>
    <w:rsid w:val="004E1DB1"/>
    <w:rsid w:val="004E7035"/>
    <w:rsid w:val="004F4F28"/>
    <w:rsid w:val="004F59E3"/>
    <w:rsid w:val="004F5D62"/>
    <w:rsid w:val="0050402D"/>
    <w:rsid w:val="00504556"/>
    <w:rsid w:val="0051303E"/>
    <w:rsid w:val="005138EB"/>
    <w:rsid w:val="005218C0"/>
    <w:rsid w:val="00523CDA"/>
    <w:rsid w:val="00526C83"/>
    <w:rsid w:val="00535518"/>
    <w:rsid w:val="00537687"/>
    <w:rsid w:val="00541537"/>
    <w:rsid w:val="0054237F"/>
    <w:rsid w:val="0054393B"/>
    <w:rsid w:val="005450EF"/>
    <w:rsid w:val="00553758"/>
    <w:rsid w:val="00556848"/>
    <w:rsid w:val="00564A6C"/>
    <w:rsid w:val="0056713D"/>
    <w:rsid w:val="0056748C"/>
    <w:rsid w:val="00575632"/>
    <w:rsid w:val="005764C8"/>
    <w:rsid w:val="00577174"/>
    <w:rsid w:val="00577B70"/>
    <w:rsid w:val="005A03F1"/>
    <w:rsid w:val="005A1422"/>
    <w:rsid w:val="005A5C7F"/>
    <w:rsid w:val="005B019E"/>
    <w:rsid w:val="005B323C"/>
    <w:rsid w:val="005B3282"/>
    <w:rsid w:val="005C1439"/>
    <w:rsid w:val="005C349E"/>
    <w:rsid w:val="005C6DC5"/>
    <w:rsid w:val="005D1DEB"/>
    <w:rsid w:val="005D2505"/>
    <w:rsid w:val="005D2801"/>
    <w:rsid w:val="005D70C5"/>
    <w:rsid w:val="005F232C"/>
    <w:rsid w:val="00601F68"/>
    <w:rsid w:val="00606352"/>
    <w:rsid w:val="00607CC5"/>
    <w:rsid w:val="0062130A"/>
    <w:rsid w:val="006248D8"/>
    <w:rsid w:val="006249BF"/>
    <w:rsid w:val="00624E24"/>
    <w:rsid w:val="00625B3E"/>
    <w:rsid w:val="00652A95"/>
    <w:rsid w:val="006565F8"/>
    <w:rsid w:val="006616FC"/>
    <w:rsid w:val="00665FC4"/>
    <w:rsid w:val="006660C9"/>
    <w:rsid w:val="00666353"/>
    <w:rsid w:val="0067328E"/>
    <w:rsid w:val="0067646D"/>
    <w:rsid w:val="00680CB1"/>
    <w:rsid w:val="00682551"/>
    <w:rsid w:val="006A429E"/>
    <w:rsid w:val="006B3859"/>
    <w:rsid w:val="006B6FA4"/>
    <w:rsid w:val="006D3445"/>
    <w:rsid w:val="006E53F8"/>
    <w:rsid w:val="00706FC7"/>
    <w:rsid w:val="00710C51"/>
    <w:rsid w:val="00721E99"/>
    <w:rsid w:val="00722F4F"/>
    <w:rsid w:val="00731F5A"/>
    <w:rsid w:val="00740EE7"/>
    <w:rsid w:val="0074277A"/>
    <w:rsid w:val="007501CF"/>
    <w:rsid w:val="0075173D"/>
    <w:rsid w:val="0075244D"/>
    <w:rsid w:val="0075249E"/>
    <w:rsid w:val="00752EB2"/>
    <w:rsid w:val="00773203"/>
    <w:rsid w:val="00775DE7"/>
    <w:rsid w:val="00776749"/>
    <w:rsid w:val="00776BB4"/>
    <w:rsid w:val="00782440"/>
    <w:rsid w:val="007831AC"/>
    <w:rsid w:val="00784B06"/>
    <w:rsid w:val="00792252"/>
    <w:rsid w:val="00793E57"/>
    <w:rsid w:val="00796902"/>
    <w:rsid w:val="007A07C4"/>
    <w:rsid w:val="007A0BC6"/>
    <w:rsid w:val="007A2CFF"/>
    <w:rsid w:val="007A2E27"/>
    <w:rsid w:val="007A336E"/>
    <w:rsid w:val="007B1582"/>
    <w:rsid w:val="007B23FD"/>
    <w:rsid w:val="007C6A5F"/>
    <w:rsid w:val="007C6D9A"/>
    <w:rsid w:val="007C737A"/>
    <w:rsid w:val="007D51A6"/>
    <w:rsid w:val="007D522F"/>
    <w:rsid w:val="007E4A2B"/>
    <w:rsid w:val="007E78A2"/>
    <w:rsid w:val="007F4278"/>
    <w:rsid w:val="007F4D95"/>
    <w:rsid w:val="00806871"/>
    <w:rsid w:val="00811441"/>
    <w:rsid w:val="00820EEB"/>
    <w:rsid w:val="00820F86"/>
    <w:rsid w:val="008221D0"/>
    <w:rsid w:val="0082537C"/>
    <w:rsid w:val="0082563A"/>
    <w:rsid w:val="00827015"/>
    <w:rsid w:val="008316B3"/>
    <w:rsid w:val="00831AFF"/>
    <w:rsid w:val="0084691D"/>
    <w:rsid w:val="008637B8"/>
    <w:rsid w:val="00874F41"/>
    <w:rsid w:val="008764E8"/>
    <w:rsid w:val="00876544"/>
    <w:rsid w:val="008772AE"/>
    <w:rsid w:val="008815A1"/>
    <w:rsid w:val="00881E8D"/>
    <w:rsid w:val="00894211"/>
    <w:rsid w:val="008A1400"/>
    <w:rsid w:val="008C221C"/>
    <w:rsid w:val="008C3F46"/>
    <w:rsid w:val="008C56E9"/>
    <w:rsid w:val="008D138A"/>
    <w:rsid w:val="008D2160"/>
    <w:rsid w:val="008D43CE"/>
    <w:rsid w:val="008D6E12"/>
    <w:rsid w:val="008D76A1"/>
    <w:rsid w:val="008E3204"/>
    <w:rsid w:val="008E56B3"/>
    <w:rsid w:val="008F0377"/>
    <w:rsid w:val="008F0B65"/>
    <w:rsid w:val="008F0FCE"/>
    <w:rsid w:val="008F1532"/>
    <w:rsid w:val="008F2B54"/>
    <w:rsid w:val="008F48B6"/>
    <w:rsid w:val="009019F2"/>
    <w:rsid w:val="00905E98"/>
    <w:rsid w:val="0091324A"/>
    <w:rsid w:val="00913C47"/>
    <w:rsid w:val="009143AB"/>
    <w:rsid w:val="00925A0D"/>
    <w:rsid w:val="00926B0F"/>
    <w:rsid w:val="0093290C"/>
    <w:rsid w:val="00935739"/>
    <w:rsid w:val="009407C7"/>
    <w:rsid w:val="009502E1"/>
    <w:rsid w:val="00952F0F"/>
    <w:rsid w:val="009642E8"/>
    <w:rsid w:val="0097010A"/>
    <w:rsid w:val="009718D4"/>
    <w:rsid w:val="00980CB3"/>
    <w:rsid w:val="0098388A"/>
    <w:rsid w:val="00984553"/>
    <w:rsid w:val="009A6F0D"/>
    <w:rsid w:val="009B1AC3"/>
    <w:rsid w:val="009C08EE"/>
    <w:rsid w:val="009C6C19"/>
    <w:rsid w:val="009D2768"/>
    <w:rsid w:val="009E2A85"/>
    <w:rsid w:val="009E6220"/>
    <w:rsid w:val="009E6C86"/>
    <w:rsid w:val="009E79CF"/>
    <w:rsid w:val="009F2D1B"/>
    <w:rsid w:val="009F45FF"/>
    <w:rsid w:val="009F6194"/>
    <w:rsid w:val="00A04B69"/>
    <w:rsid w:val="00A068D6"/>
    <w:rsid w:val="00A21CC5"/>
    <w:rsid w:val="00A23CC6"/>
    <w:rsid w:val="00A31EF3"/>
    <w:rsid w:val="00A367BC"/>
    <w:rsid w:val="00A417CB"/>
    <w:rsid w:val="00A46215"/>
    <w:rsid w:val="00A526E9"/>
    <w:rsid w:val="00A57761"/>
    <w:rsid w:val="00A70850"/>
    <w:rsid w:val="00A804D2"/>
    <w:rsid w:val="00A9150C"/>
    <w:rsid w:val="00A91BE5"/>
    <w:rsid w:val="00AA1925"/>
    <w:rsid w:val="00AA1D8D"/>
    <w:rsid w:val="00AB3131"/>
    <w:rsid w:val="00AB467F"/>
    <w:rsid w:val="00AB5A78"/>
    <w:rsid w:val="00AC1EBB"/>
    <w:rsid w:val="00AC44E6"/>
    <w:rsid w:val="00AD3769"/>
    <w:rsid w:val="00AE458C"/>
    <w:rsid w:val="00AE5604"/>
    <w:rsid w:val="00AE5F20"/>
    <w:rsid w:val="00AE6796"/>
    <w:rsid w:val="00AE6F72"/>
    <w:rsid w:val="00AF04EC"/>
    <w:rsid w:val="00AF1AFE"/>
    <w:rsid w:val="00AF2E99"/>
    <w:rsid w:val="00AF600D"/>
    <w:rsid w:val="00B01470"/>
    <w:rsid w:val="00B158DE"/>
    <w:rsid w:val="00B3108D"/>
    <w:rsid w:val="00B373DA"/>
    <w:rsid w:val="00B37712"/>
    <w:rsid w:val="00B47730"/>
    <w:rsid w:val="00B47A6B"/>
    <w:rsid w:val="00B64710"/>
    <w:rsid w:val="00B70925"/>
    <w:rsid w:val="00B73719"/>
    <w:rsid w:val="00B778B6"/>
    <w:rsid w:val="00B80601"/>
    <w:rsid w:val="00B814BC"/>
    <w:rsid w:val="00B94DDF"/>
    <w:rsid w:val="00B97481"/>
    <w:rsid w:val="00BB1AA2"/>
    <w:rsid w:val="00BB4E4A"/>
    <w:rsid w:val="00BC03A7"/>
    <w:rsid w:val="00BC7E17"/>
    <w:rsid w:val="00BD1E51"/>
    <w:rsid w:val="00BD6443"/>
    <w:rsid w:val="00BE3789"/>
    <w:rsid w:val="00BF1242"/>
    <w:rsid w:val="00BF216C"/>
    <w:rsid w:val="00C01E72"/>
    <w:rsid w:val="00C07A3A"/>
    <w:rsid w:val="00C10CDA"/>
    <w:rsid w:val="00C11B74"/>
    <w:rsid w:val="00C11E4E"/>
    <w:rsid w:val="00C12E38"/>
    <w:rsid w:val="00C20524"/>
    <w:rsid w:val="00C310CC"/>
    <w:rsid w:val="00C3473C"/>
    <w:rsid w:val="00C443EE"/>
    <w:rsid w:val="00C6533F"/>
    <w:rsid w:val="00C678B7"/>
    <w:rsid w:val="00C67B23"/>
    <w:rsid w:val="00C859B5"/>
    <w:rsid w:val="00C93826"/>
    <w:rsid w:val="00CA623D"/>
    <w:rsid w:val="00CB0664"/>
    <w:rsid w:val="00CB14E2"/>
    <w:rsid w:val="00CB1D98"/>
    <w:rsid w:val="00CB416B"/>
    <w:rsid w:val="00CB5F17"/>
    <w:rsid w:val="00CC001E"/>
    <w:rsid w:val="00CD27D3"/>
    <w:rsid w:val="00CD3D3A"/>
    <w:rsid w:val="00CD6AB4"/>
    <w:rsid w:val="00CE013B"/>
    <w:rsid w:val="00CE6B0F"/>
    <w:rsid w:val="00CE7E82"/>
    <w:rsid w:val="00CF2C25"/>
    <w:rsid w:val="00CF5653"/>
    <w:rsid w:val="00D057CB"/>
    <w:rsid w:val="00D05C61"/>
    <w:rsid w:val="00D100ED"/>
    <w:rsid w:val="00D10E51"/>
    <w:rsid w:val="00D12974"/>
    <w:rsid w:val="00D27A05"/>
    <w:rsid w:val="00D33E34"/>
    <w:rsid w:val="00D45909"/>
    <w:rsid w:val="00D50A27"/>
    <w:rsid w:val="00D63761"/>
    <w:rsid w:val="00D65C99"/>
    <w:rsid w:val="00D70AE1"/>
    <w:rsid w:val="00D728B2"/>
    <w:rsid w:val="00D8531A"/>
    <w:rsid w:val="00D86169"/>
    <w:rsid w:val="00D973D9"/>
    <w:rsid w:val="00D97C91"/>
    <w:rsid w:val="00DA10E4"/>
    <w:rsid w:val="00DA18CE"/>
    <w:rsid w:val="00DA43ED"/>
    <w:rsid w:val="00DB0FB9"/>
    <w:rsid w:val="00DC19F5"/>
    <w:rsid w:val="00DC3D6F"/>
    <w:rsid w:val="00DC7028"/>
    <w:rsid w:val="00DD6284"/>
    <w:rsid w:val="00DE2A11"/>
    <w:rsid w:val="00DE3EDA"/>
    <w:rsid w:val="00DE5F5C"/>
    <w:rsid w:val="00DE69AB"/>
    <w:rsid w:val="00DF0EC7"/>
    <w:rsid w:val="00DF3B6A"/>
    <w:rsid w:val="00DF4EDE"/>
    <w:rsid w:val="00E01A3D"/>
    <w:rsid w:val="00E032F4"/>
    <w:rsid w:val="00E116B3"/>
    <w:rsid w:val="00E123A5"/>
    <w:rsid w:val="00E13A71"/>
    <w:rsid w:val="00E16969"/>
    <w:rsid w:val="00E33A77"/>
    <w:rsid w:val="00E3422A"/>
    <w:rsid w:val="00E36B02"/>
    <w:rsid w:val="00E40E7D"/>
    <w:rsid w:val="00E41B1E"/>
    <w:rsid w:val="00E521B3"/>
    <w:rsid w:val="00E65E37"/>
    <w:rsid w:val="00E6605D"/>
    <w:rsid w:val="00E67704"/>
    <w:rsid w:val="00E724A1"/>
    <w:rsid w:val="00E81963"/>
    <w:rsid w:val="00E85C78"/>
    <w:rsid w:val="00E90113"/>
    <w:rsid w:val="00E97E69"/>
    <w:rsid w:val="00EA0252"/>
    <w:rsid w:val="00EA3673"/>
    <w:rsid w:val="00EA7F4B"/>
    <w:rsid w:val="00EB3163"/>
    <w:rsid w:val="00EB3FE8"/>
    <w:rsid w:val="00EB4886"/>
    <w:rsid w:val="00EC5BB4"/>
    <w:rsid w:val="00EC6DBE"/>
    <w:rsid w:val="00ED204D"/>
    <w:rsid w:val="00ED6E65"/>
    <w:rsid w:val="00EE5766"/>
    <w:rsid w:val="00EE70DD"/>
    <w:rsid w:val="00EF4251"/>
    <w:rsid w:val="00EF4686"/>
    <w:rsid w:val="00F07414"/>
    <w:rsid w:val="00F10DC5"/>
    <w:rsid w:val="00F13905"/>
    <w:rsid w:val="00F1439B"/>
    <w:rsid w:val="00F23E1C"/>
    <w:rsid w:val="00F257F0"/>
    <w:rsid w:val="00F3174C"/>
    <w:rsid w:val="00F364BD"/>
    <w:rsid w:val="00F37D76"/>
    <w:rsid w:val="00F4446C"/>
    <w:rsid w:val="00F44BE1"/>
    <w:rsid w:val="00F56C14"/>
    <w:rsid w:val="00F57998"/>
    <w:rsid w:val="00F57B4E"/>
    <w:rsid w:val="00F600BC"/>
    <w:rsid w:val="00F60C0E"/>
    <w:rsid w:val="00F61C64"/>
    <w:rsid w:val="00F67D01"/>
    <w:rsid w:val="00F719C5"/>
    <w:rsid w:val="00F74F23"/>
    <w:rsid w:val="00F77B31"/>
    <w:rsid w:val="00F9599F"/>
    <w:rsid w:val="00FA27EA"/>
    <w:rsid w:val="00FA6D8A"/>
    <w:rsid w:val="00FC04CA"/>
    <w:rsid w:val="00FC45AD"/>
    <w:rsid w:val="00FC693F"/>
    <w:rsid w:val="00FD73BB"/>
    <w:rsid w:val="00FE04B1"/>
    <w:rsid w:val="00FE73B8"/>
    <w:rsid w:val="00FF0CB7"/>
    <w:rsid w:val="00FF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6D0643"/>
  <w14:defaultImageDpi w14:val="300"/>
  <w15:docId w15:val="{61C26850-5C9E-4708-B102-CC9BB6830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odyTextIndent2">
    <w:name w:val="Body Text Indent 2"/>
    <w:basedOn w:val="Normal"/>
    <w:link w:val="BodyTextIndent2Char"/>
    <w:rsid w:val="007C737A"/>
    <w:pPr>
      <w:spacing w:after="0" w:line="240" w:lineRule="auto"/>
      <w:ind w:firstLine="1440"/>
    </w:pPr>
    <w:rPr>
      <w:rFonts w:ascii="Browallia New" w:eastAsia="Times New Roman" w:hAnsi="Browallia New" w:cs="Browallia New"/>
      <w:b/>
      <w:bCs/>
      <w:sz w:val="32"/>
      <w:szCs w:val="32"/>
      <w:lang w:bidi="th-TH"/>
    </w:rPr>
  </w:style>
  <w:style w:type="character" w:customStyle="1" w:styleId="BodyTextIndent2Char">
    <w:name w:val="Body Text Indent 2 Char"/>
    <w:basedOn w:val="DefaultParagraphFont"/>
    <w:link w:val="BodyTextIndent2"/>
    <w:rsid w:val="007C737A"/>
    <w:rPr>
      <w:rFonts w:ascii="Browallia New" w:eastAsia="Times New Roman" w:hAnsi="Browallia New" w:cs="Browallia New"/>
      <w:b/>
      <w:bCs/>
      <w:sz w:val="32"/>
      <w:szCs w:val="32"/>
      <w:lang w:bidi="th-TH"/>
    </w:rPr>
  </w:style>
  <w:style w:type="paragraph" w:styleId="BalloonText">
    <w:name w:val="Balloon Text"/>
    <w:basedOn w:val="Normal"/>
    <w:link w:val="BalloonTextChar"/>
    <w:semiHidden/>
    <w:rsid w:val="007C737A"/>
    <w:pPr>
      <w:spacing w:after="0" w:line="240" w:lineRule="auto"/>
    </w:pPr>
    <w:rPr>
      <w:rFonts w:ascii="Tahoma" w:eastAsia="Times New Roman" w:hAnsi="Tahoma" w:cs="Angsana New"/>
      <w:sz w:val="16"/>
      <w:szCs w:val="18"/>
      <w:lang w:bidi="th-TH"/>
    </w:rPr>
  </w:style>
  <w:style w:type="character" w:customStyle="1" w:styleId="BalloonTextChar">
    <w:name w:val="Balloon Text Char"/>
    <w:basedOn w:val="DefaultParagraphFont"/>
    <w:link w:val="BalloonText"/>
    <w:semiHidden/>
    <w:rsid w:val="007C737A"/>
    <w:rPr>
      <w:rFonts w:ascii="Tahoma" w:eastAsia="Times New Roman" w:hAnsi="Tahoma" w:cs="Angsana New"/>
      <w:sz w:val="16"/>
      <w:szCs w:val="18"/>
      <w:lang w:bidi="th-TH"/>
    </w:rPr>
  </w:style>
  <w:style w:type="paragraph" w:styleId="BodyTextIndent">
    <w:name w:val="Body Text Indent"/>
    <w:basedOn w:val="Normal"/>
    <w:link w:val="BodyTextIndentChar"/>
    <w:rsid w:val="007C737A"/>
    <w:pPr>
      <w:spacing w:before="120" w:after="0" w:line="240" w:lineRule="auto"/>
      <w:ind w:left="360"/>
    </w:pPr>
    <w:rPr>
      <w:rFonts w:ascii="Browallia New" w:eastAsia="Times New Roman" w:hAnsi="Browallia New" w:cs="Browallia New"/>
      <w:b/>
      <w:bCs/>
      <w:sz w:val="32"/>
      <w:szCs w:val="32"/>
      <w:lang w:bidi="th-TH"/>
    </w:rPr>
  </w:style>
  <w:style w:type="character" w:customStyle="1" w:styleId="BodyTextIndentChar">
    <w:name w:val="Body Text Indent Char"/>
    <w:basedOn w:val="DefaultParagraphFont"/>
    <w:link w:val="BodyTextIndent"/>
    <w:rsid w:val="007C737A"/>
    <w:rPr>
      <w:rFonts w:ascii="Browallia New" w:eastAsia="Times New Roman" w:hAnsi="Browallia New" w:cs="Browallia New"/>
      <w:b/>
      <w:bCs/>
      <w:sz w:val="32"/>
      <w:szCs w:val="32"/>
      <w:lang w:bidi="th-TH"/>
    </w:rPr>
  </w:style>
  <w:style w:type="character" w:styleId="PageNumber">
    <w:name w:val="page number"/>
    <w:basedOn w:val="DefaultParagraphFont"/>
    <w:rsid w:val="007C7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15A8DF-2B8B-4270-BE76-CD9B40CA2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orawan praesuwatsilp</cp:lastModifiedBy>
  <cp:revision>2</cp:revision>
  <dcterms:created xsi:type="dcterms:W3CDTF">2026-10-08T03:49:00Z</dcterms:created>
  <dcterms:modified xsi:type="dcterms:W3CDTF">2026-10-08T03:49:00Z</dcterms:modified>
  <cp:category/>
</cp:coreProperties>
</file>